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BD04F" w14:textId="3B1409EE" w:rsidR="00B3693B" w:rsidRDefault="009B3CB8">
      <w:pPr>
        <w:pStyle w:val="Heading1"/>
      </w:pPr>
      <w:proofErr w:type="spellStart"/>
      <w:r>
        <w:t>Profil</w:t>
      </w:r>
      <w:proofErr w:type="spellEnd"/>
      <w:r>
        <w:t xml:space="preserve"> </w:t>
      </w:r>
      <w:proofErr w:type="spellStart"/>
      <w:r>
        <w:t>Laboratorium</w:t>
      </w:r>
      <w:proofErr w:type="spellEnd"/>
      <w:r>
        <w:br/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Mikrobiologi</w:t>
      </w:r>
      <w:proofErr w:type="spellEnd"/>
      <w:r>
        <w:t xml:space="preserve"> SITH ITB Ganesha</w:t>
      </w:r>
    </w:p>
    <w:p w14:paraId="59558DE8" w14:textId="376DB582" w:rsidR="009B3CB8" w:rsidRDefault="009B3CB8" w:rsidP="009B3CB8">
      <w:pPr>
        <w:pStyle w:val="Heading2"/>
        <w:numPr>
          <w:ilvl w:val="0"/>
          <w:numId w:val="10"/>
        </w:numPr>
      </w:pPr>
      <w:proofErr w:type="spellStart"/>
      <w:r>
        <w:t>Identitas</w:t>
      </w:r>
      <w:proofErr w:type="spellEnd"/>
      <w:r>
        <w:t xml:space="preserve"> </w:t>
      </w:r>
      <w:proofErr w:type="spellStart"/>
      <w:r>
        <w:t>Laboratorium</w:t>
      </w:r>
      <w:proofErr w:type="spellEnd"/>
    </w:p>
    <w:p w14:paraId="37A2E694" w14:textId="3F1E4682" w:rsidR="00105ED6" w:rsidRDefault="00105ED6" w:rsidP="00105ED6">
      <w:pPr>
        <w:jc w:val="both"/>
      </w:pPr>
      <w:r>
        <w:t xml:space="preserve">Nama </w:t>
      </w:r>
      <w:proofErr w:type="spellStart"/>
      <w:proofErr w:type="gramStart"/>
      <w:r>
        <w:t>Laboratorium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Mikrobiologi</w:t>
      </w:r>
      <w:proofErr w:type="spellEnd"/>
    </w:p>
    <w:p w14:paraId="4A660ADD" w14:textId="47BBAAE8" w:rsidR="00105ED6" w:rsidRDefault="00105ED6" w:rsidP="00105ED6">
      <w:pPr>
        <w:jc w:val="both"/>
      </w:pPr>
      <w:proofErr w:type="gramStart"/>
      <w:r>
        <w:t>Alamat :</w:t>
      </w:r>
      <w:proofErr w:type="gramEnd"/>
      <w:r>
        <w:t xml:space="preserve"> </w:t>
      </w:r>
      <w:proofErr w:type="spellStart"/>
      <w:r w:rsidRPr="00105ED6">
        <w:t>Sekolah</w:t>
      </w:r>
      <w:proofErr w:type="spellEnd"/>
      <w:r w:rsidRPr="00105ED6">
        <w:t xml:space="preserve"> </w:t>
      </w:r>
      <w:proofErr w:type="spellStart"/>
      <w:r w:rsidRPr="00105ED6">
        <w:t>Ilmu</w:t>
      </w:r>
      <w:proofErr w:type="spellEnd"/>
      <w:r w:rsidRPr="00105ED6">
        <w:t xml:space="preserve"> dan </w:t>
      </w:r>
      <w:proofErr w:type="spellStart"/>
      <w:r w:rsidRPr="00105ED6">
        <w:t>Teknologi</w:t>
      </w:r>
      <w:proofErr w:type="spellEnd"/>
      <w:r w:rsidRPr="00105ED6">
        <w:t xml:space="preserve"> Hayati – ITB, </w:t>
      </w:r>
      <w:proofErr w:type="spellStart"/>
      <w:r w:rsidRPr="00105ED6">
        <w:t>Labtek</w:t>
      </w:r>
      <w:proofErr w:type="spellEnd"/>
      <w:r w:rsidRPr="00105ED6">
        <w:t xml:space="preserve"> XI </w:t>
      </w:r>
      <w:r>
        <w:t xml:space="preserve">Lantai 4 </w:t>
      </w:r>
      <w:r w:rsidRPr="00105ED6">
        <w:t xml:space="preserve">Jl. </w:t>
      </w:r>
      <w:proofErr w:type="spellStart"/>
      <w:r w:rsidRPr="00105ED6">
        <w:t>Ganeca</w:t>
      </w:r>
      <w:proofErr w:type="spellEnd"/>
      <w:r w:rsidRPr="00105ED6">
        <w:t xml:space="preserve"> No.10, Lb. </w:t>
      </w:r>
      <w:proofErr w:type="spellStart"/>
      <w:r w:rsidRPr="00105ED6">
        <w:t>Siliwangi</w:t>
      </w:r>
      <w:proofErr w:type="spellEnd"/>
      <w:r w:rsidRPr="00105ED6">
        <w:t xml:space="preserve">, </w:t>
      </w:r>
      <w:proofErr w:type="spellStart"/>
      <w:r w:rsidRPr="00105ED6">
        <w:t>Kecamatan</w:t>
      </w:r>
      <w:proofErr w:type="spellEnd"/>
      <w:r w:rsidRPr="00105ED6">
        <w:t xml:space="preserve"> </w:t>
      </w:r>
      <w:proofErr w:type="spellStart"/>
      <w:r w:rsidRPr="00105ED6">
        <w:t>Coblong</w:t>
      </w:r>
      <w:proofErr w:type="spellEnd"/>
      <w:r w:rsidRPr="00105ED6">
        <w:t>, Kota Bandung, Jawa Barat 40132</w:t>
      </w:r>
    </w:p>
    <w:p w14:paraId="1B5EE4A8" w14:textId="7B0B9D6D" w:rsidR="00B3693B" w:rsidRDefault="00105ED6" w:rsidP="00105ED6">
      <w:pPr>
        <w:pStyle w:val="Heading2"/>
        <w:numPr>
          <w:ilvl w:val="0"/>
          <w:numId w:val="10"/>
        </w:numPr>
      </w:pPr>
      <w:r>
        <w:t xml:space="preserve">Latar </w:t>
      </w:r>
      <w:proofErr w:type="spellStart"/>
      <w:r>
        <w:t>Belakang</w:t>
      </w:r>
      <w:proofErr w:type="spellEnd"/>
    </w:p>
    <w:p w14:paraId="2276BA47" w14:textId="023678B1" w:rsidR="00B3693B" w:rsidRDefault="00105ED6" w:rsidP="008044EE">
      <w:pPr>
        <w:jc w:val="both"/>
      </w:pPr>
      <w:proofErr w:type="spellStart"/>
      <w:r w:rsidRPr="00105ED6">
        <w:t>Laboratorium</w:t>
      </w:r>
      <w:proofErr w:type="spellEnd"/>
      <w:r w:rsidRPr="00105ED6">
        <w:t xml:space="preserve"> </w:t>
      </w:r>
      <w:proofErr w:type="spellStart"/>
      <w:r w:rsidRPr="00105ED6">
        <w:t>Mikrobiologi</w:t>
      </w:r>
      <w:proofErr w:type="spellEnd"/>
      <w:r w:rsidRPr="00105ED6">
        <w:t xml:space="preserve"> </w:t>
      </w:r>
      <w:proofErr w:type="spellStart"/>
      <w:r w:rsidRPr="00105ED6">
        <w:t>merupakan</w:t>
      </w:r>
      <w:proofErr w:type="spellEnd"/>
      <w:r w:rsidRPr="00105ED6">
        <w:t xml:space="preserve"> </w:t>
      </w:r>
      <w:proofErr w:type="spellStart"/>
      <w:r w:rsidRPr="00105ED6">
        <w:t>fasilitas</w:t>
      </w:r>
      <w:proofErr w:type="spellEnd"/>
      <w:r w:rsidRPr="00105ED6">
        <w:t xml:space="preserve"> yang </w:t>
      </w:r>
      <w:proofErr w:type="spellStart"/>
      <w:r w:rsidRPr="00105ED6">
        <w:t>mendukung</w:t>
      </w:r>
      <w:proofErr w:type="spellEnd"/>
      <w:r w:rsidRPr="00105ED6">
        <w:t xml:space="preserve"> </w:t>
      </w:r>
      <w:proofErr w:type="spellStart"/>
      <w:r w:rsidRPr="00105ED6">
        <w:t>kegiatan</w:t>
      </w:r>
      <w:proofErr w:type="spellEnd"/>
      <w:r w:rsidRPr="00105ED6">
        <w:t xml:space="preserve"> </w:t>
      </w:r>
      <w:proofErr w:type="spellStart"/>
      <w:r w:rsidRPr="00105ED6">
        <w:t>pendidikan</w:t>
      </w:r>
      <w:proofErr w:type="spellEnd"/>
      <w:r w:rsidRPr="00105ED6">
        <w:t xml:space="preserve">, </w:t>
      </w:r>
      <w:proofErr w:type="spellStart"/>
      <w:r w:rsidRPr="00105ED6">
        <w:t>penelitian</w:t>
      </w:r>
      <w:proofErr w:type="spellEnd"/>
      <w:r w:rsidRPr="00105ED6">
        <w:t xml:space="preserve">, dan </w:t>
      </w:r>
      <w:proofErr w:type="spellStart"/>
      <w:r w:rsidRPr="00105ED6">
        <w:t>pengembangan</w:t>
      </w:r>
      <w:proofErr w:type="spellEnd"/>
      <w:r w:rsidRPr="00105ED6">
        <w:t xml:space="preserve"> di </w:t>
      </w:r>
      <w:proofErr w:type="spellStart"/>
      <w:r w:rsidRPr="00105ED6">
        <w:t>bidang</w:t>
      </w:r>
      <w:proofErr w:type="spellEnd"/>
      <w:r w:rsidRPr="00105ED6">
        <w:t xml:space="preserve"> </w:t>
      </w:r>
      <w:proofErr w:type="spellStart"/>
      <w:r w:rsidRPr="00105ED6">
        <w:t>mikrobiologi</w:t>
      </w:r>
      <w:proofErr w:type="spellEnd"/>
      <w:r w:rsidRPr="00105ED6">
        <w:t xml:space="preserve"> </w:t>
      </w:r>
      <w:proofErr w:type="spellStart"/>
      <w:r w:rsidRPr="00105ED6">
        <w:t>terapan</w:t>
      </w:r>
      <w:proofErr w:type="spellEnd"/>
      <w:r w:rsidRPr="00105ED6">
        <w:t xml:space="preserve">. </w:t>
      </w:r>
      <w:proofErr w:type="spellStart"/>
      <w:r w:rsidRPr="00105ED6">
        <w:t>Laboratorium</w:t>
      </w:r>
      <w:proofErr w:type="spellEnd"/>
      <w:r w:rsidRPr="00105ED6">
        <w:t xml:space="preserve"> </w:t>
      </w:r>
      <w:proofErr w:type="spellStart"/>
      <w:r w:rsidRPr="00105ED6">
        <w:t>ini</w:t>
      </w:r>
      <w:proofErr w:type="spellEnd"/>
      <w:r w:rsidRPr="00105ED6">
        <w:t xml:space="preserve"> </w:t>
      </w:r>
      <w:proofErr w:type="spellStart"/>
      <w:r w:rsidRPr="00105ED6">
        <w:t>berfokus</w:t>
      </w:r>
      <w:proofErr w:type="spellEnd"/>
      <w:r w:rsidRPr="00105ED6">
        <w:t xml:space="preserve"> pada </w:t>
      </w:r>
      <w:proofErr w:type="spellStart"/>
      <w:r w:rsidRPr="00105ED6">
        <w:t>pemanfaatan</w:t>
      </w:r>
      <w:proofErr w:type="spellEnd"/>
      <w:r w:rsidRPr="00105ED6">
        <w:t xml:space="preserve"> </w:t>
      </w:r>
      <w:proofErr w:type="spellStart"/>
      <w:r w:rsidRPr="00105ED6">
        <w:t>mikroorganisme</w:t>
      </w:r>
      <w:proofErr w:type="spellEnd"/>
      <w:r w:rsidRPr="00105ED6">
        <w:t xml:space="preserve"> </w:t>
      </w:r>
      <w:proofErr w:type="spellStart"/>
      <w:r w:rsidRPr="00105ED6">
        <w:t>untuk</w:t>
      </w:r>
      <w:proofErr w:type="spellEnd"/>
      <w:r w:rsidRPr="00105ED6">
        <w:t xml:space="preserve"> </w:t>
      </w:r>
      <w:proofErr w:type="spellStart"/>
      <w:r w:rsidRPr="00105ED6">
        <w:t>solusi</w:t>
      </w:r>
      <w:proofErr w:type="spellEnd"/>
      <w:r w:rsidRPr="00105ED6">
        <w:t xml:space="preserve"> di </w:t>
      </w:r>
      <w:proofErr w:type="spellStart"/>
      <w:r w:rsidRPr="00105ED6">
        <w:t>bidang</w:t>
      </w:r>
      <w:proofErr w:type="spellEnd"/>
      <w:r w:rsidRPr="00105ED6">
        <w:t xml:space="preserve"> </w:t>
      </w:r>
      <w:proofErr w:type="spellStart"/>
      <w:r w:rsidRPr="00105ED6">
        <w:t>lingkungan</w:t>
      </w:r>
      <w:proofErr w:type="spellEnd"/>
      <w:r w:rsidRPr="00105ED6">
        <w:t xml:space="preserve"> dan </w:t>
      </w:r>
      <w:proofErr w:type="spellStart"/>
      <w:r w:rsidRPr="00105ED6">
        <w:t>industri</w:t>
      </w:r>
      <w:proofErr w:type="spellEnd"/>
      <w:r w:rsidRPr="00105ED6">
        <w:t xml:space="preserve"> </w:t>
      </w:r>
      <w:proofErr w:type="spellStart"/>
      <w:r w:rsidRPr="00105ED6">
        <w:t>melalui</w:t>
      </w:r>
      <w:proofErr w:type="spellEnd"/>
      <w:r w:rsidRPr="00105ED6">
        <w:t xml:space="preserve"> </w:t>
      </w:r>
      <w:proofErr w:type="spellStart"/>
      <w:r w:rsidRPr="00105ED6">
        <w:t>pendekatan</w:t>
      </w:r>
      <w:proofErr w:type="spellEnd"/>
      <w:r w:rsidRPr="00105ED6">
        <w:t xml:space="preserve"> </w:t>
      </w:r>
      <w:proofErr w:type="spellStart"/>
      <w:r w:rsidRPr="00105ED6">
        <w:t>bioremediasi</w:t>
      </w:r>
      <w:proofErr w:type="spellEnd"/>
      <w:r w:rsidRPr="00105ED6">
        <w:t xml:space="preserve">, </w:t>
      </w:r>
      <w:proofErr w:type="spellStart"/>
      <w:r w:rsidRPr="00105ED6">
        <w:t>bioproses</w:t>
      </w:r>
      <w:proofErr w:type="spellEnd"/>
      <w:r w:rsidRPr="00105ED6">
        <w:t xml:space="preserve">, dan </w:t>
      </w:r>
      <w:proofErr w:type="spellStart"/>
      <w:r w:rsidRPr="00105ED6">
        <w:t>fermentasi</w:t>
      </w:r>
      <w:proofErr w:type="spellEnd"/>
      <w:r w:rsidRPr="00105ED6">
        <w:t xml:space="preserve">. </w:t>
      </w:r>
      <w:proofErr w:type="spellStart"/>
      <w:r w:rsidRPr="00105ED6">
        <w:t>Dengan</w:t>
      </w:r>
      <w:proofErr w:type="spellEnd"/>
      <w:r w:rsidRPr="00105ED6">
        <w:t xml:space="preserve"> </w:t>
      </w:r>
      <w:proofErr w:type="spellStart"/>
      <w:r w:rsidRPr="00105ED6">
        <w:t>dukungan</w:t>
      </w:r>
      <w:proofErr w:type="spellEnd"/>
      <w:r w:rsidRPr="00105ED6">
        <w:t xml:space="preserve"> </w:t>
      </w:r>
      <w:proofErr w:type="spellStart"/>
      <w:r w:rsidRPr="00105ED6">
        <w:t>fasilitas</w:t>
      </w:r>
      <w:proofErr w:type="spellEnd"/>
      <w:r w:rsidRPr="00105ED6">
        <w:t xml:space="preserve"> yang </w:t>
      </w:r>
      <w:proofErr w:type="spellStart"/>
      <w:r w:rsidRPr="00105ED6">
        <w:t>memadai</w:t>
      </w:r>
      <w:proofErr w:type="spellEnd"/>
      <w:r w:rsidRPr="00105ED6">
        <w:t xml:space="preserve"> dan </w:t>
      </w:r>
      <w:proofErr w:type="spellStart"/>
      <w:r w:rsidRPr="00105ED6">
        <w:t>sumber</w:t>
      </w:r>
      <w:proofErr w:type="spellEnd"/>
      <w:r w:rsidRPr="00105ED6">
        <w:t xml:space="preserve"> </w:t>
      </w:r>
      <w:proofErr w:type="spellStart"/>
      <w:r w:rsidRPr="00105ED6">
        <w:t>daya</w:t>
      </w:r>
      <w:proofErr w:type="spellEnd"/>
      <w:r w:rsidRPr="00105ED6">
        <w:t xml:space="preserve"> </w:t>
      </w:r>
      <w:proofErr w:type="spellStart"/>
      <w:r w:rsidRPr="00105ED6">
        <w:t>manusia</w:t>
      </w:r>
      <w:proofErr w:type="spellEnd"/>
      <w:r w:rsidRPr="00105ED6">
        <w:t xml:space="preserve"> yang </w:t>
      </w:r>
      <w:proofErr w:type="spellStart"/>
      <w:r w:rsidRPr="00105ED6">
        <w:t>kompeten</w:t>
      </w:r>
      <w:proofErr w:type="spellEnd"/>
      <w:r w:rsidRPr="00105ED6">
        <w:t xml:space="preserve">, </w:t>
      </w:r>
      <w:proofErr w:type="spellStart"/>
      <w:r w:rsidRPr="00105ED6">
        <w:t>laboratorium</w:t>
      </w:r>
      <w:proofErr w:type="spellEnd"/>
      <w:r w:rsidRPr="00105ED6">
        <w:t xml:space="preserve"> </w:t>
      </w:r>
      <w:proofErr w:type="spellStart"/>
      <w:r w:rsidRPr="00105ED6">
        <w:t>ini</w:t>
      </w:r>
      <w:proofErr w:type="spellEnd"/>
      <w:r w:rsidRPr="00105ED6">
        <w:t xml:space="preserve"> </w:t>
      </w:r>
      <w:proofErr w:type="spellStart"/>
      <w:r w:rsidRPr="00105ED6">
        <w:t>berkomitmen</w:t>
      </w:r>
      <w:proofErr w:type="spellEnd"/>
      <w:r w:rsidRPr="00105ED6">
        <w:t xml:space="preserve"> </w:t>
      </w:r>
      <w:proofErr w:type="spellStart"/>
      <w:r w:rsidRPr="00105ED6">
        <w:t>menghasilkan</w:t>
      </w:r>
      <w:proofErr w:type="spellEnd"/>
      <w:r w:rsidRPr="00105ED6">
        <w:t xml:space="preserve"> data dan </w:t>
      </w:r>
      <w:proofErr w:type="spellStart"/>
      <w:r w:rsidRPr="00105ED6">
        <w:t>inovasi</w:t>
      </w:r>
      <w:proofErr w:type="spellEnd"/>
      <w:r w:rsidRPr="00105ED6">
        <w:t xml:space="preserve"> yang </w:t>
      </w:r>
      <w:proofErr w:type="spellStart"/>
      <w:r w:rsidRPr="00105ED6">
        <w:t>berkualitas</w:t>
      </w:r>
      <w:proofErr w:type="spellEnd"/>
      <w:r w:rsidRPr="00105ED6">
        <w:t xml:space="preserve"> </w:t>
      </w:r>
      <w:proofErr w:type="spellStart"/>
      <w:r w:rsidRPr="00105ED6">
        <w:t>serta</w:t>
      </w:r>
      <w:proofErr w:type="spellEnd"/>
      <w:r w:rsidRPr="00105ED6">
        <w:t xml:space="preserve"> </w:t>
      </w:r>
      <w:proofErr w:type="spellStart"/>
      <w:r w:rsidRPr="00105ED6">
        <w:t>aplikatif</w:t>
      </w:r>
      <w:proofErr w:type="spellEnd"/>
      <w:r w:rsidRPr="00105ED6">
        <w:t>.</w:t>
      </w:r>
    </w:p>
    <w:p w14:paraId="1C9E71C1" w14:textId="700861B4" w:rsidR="00B3693B" w:rsidRDefault="00C612E2" w:rsidP="00C612E2">
      <w:pPr>
        <w:pStyle w:val="Heading2"/>
        <w:numPr>
          <w:ilvl w:val="0"/>
          <w:numId w:val="10"/>
        </w:numPr>
      </w:pPr>
      <w:proofErr w:type="spellStart"/>
      <w:r>
        <w:t>Struktur</w:t>
      </w:r>
      <w:proofErr w:type="spellEnd"/>
      <w:r>
        <w:t xml:space="preserve"> </w:t>
      </w:r>
      <w:proofErr w:type="spellStart"/>
      <w:r>
        <w:t>Laboratorium</w:t>
      </w:r>
      <w:proofErr w:type="spellEnd"/>
    </w:p>
    <w:p w14:paraId="242F13AA" w14:textId="3B0261A8" w:rsidR="00C612E2" w:rsidRDefault="00C612E2" w:rsidP="00C612E2">
      <w:pPr>
        <w:pStyle w:val="NormalWeb"/>
      </w:pPr>
      <w:proofErr w:type="spellStart"/>
      <w:r>
        <w:t>Laboratorium</w:t>
      </w:r>
      <w:proofErr w:type="spellEnd"/>
      <w:r>
        <w:t xml:space="preserve"> </w:t>
      </w:r>
      <w:proofErr w:type="spellStart"/>
      <w:r>
        <w:t>Mikrobiologi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sub-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yaitu</w:t>
      </w:r>
      <w:proofErr w:type="spellEnd"/>
      <w:r>
        <w:t>:</w:t>
      </w:r>
    </w:p>
    <w:p w14:paraId="3D122C36" w14:textId="2B7FA5AB" w:rsidR="00C612E2" w:rsidRDefault="00C612E2" w:rsidP="00C612E2">
      <w:pPr>
        <w:pStyle w:val="Heading3"/>
      </w:pPr>
      <w:r>
        <w:t xml:space="preserve">3.1 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Bioremediasi</w:t>
      </w:r>
      <w:proofErr w:type="spellEnd"/>
    </w:p>
    <w:p w14:paraId="7D36EA15" w14:textId="4A22331E" w:rsidR="00C612E2" w:rsidRDefault="00C612E2" w:rsidP="00E442DE">
      <w:pPr>
        <w:pStyle w:val="NormalWeb"/>
        <w:jc w:val="both"/>
      </w:pPr>
      <w:proofErr w:type="spellStart"/>
      <w:r>
        <w:t>Laboratorium</w:t>
      </w:r>
      <w:proofErr w:type="spellEnd"/>
      <w:r>
        <w:t xml:space="preserve"> </w:t>
      </w:r>
      <w:proofErr w:type="spellStart"/>
      <w:r>
        <w:t>Bioremediasi</w:t>
      </w:r>
      <w:proofErr w:type="spellEnd"/>
      <w:r>
        <w:t xml:space="preserve"> </w:t>
      </w:r>
      <w:proofErr w:type="spellStart"/>
      <w:r w:rsidR="00E442DE" w:rsidRPr="00E442DE">
        <w:t>mendukung</w:t>
      </w:r>
      <w:proofErr w:type="spellEnd"/>
      <w:r w:rsidR="00E442DE" w:rsidRPr="00E442DE">
        <w:t xml:space="preserve"> </w:t>
      </w:r>
      <w:proofErr w:type="spellStart"/>
      <w:r w:rsidR="00E442DE" w:rsidRPr="00E442DE">
        <w:t>kegiatan</w:t>
      </w:r>
      <w:proofErr w:type="spellEnd"/>
      <w:r w:rsidR="00E442DE" w:rsidRPr="00E442DE">
        <w:t xml:space="preserve"> </w:t>
      </w:r>
      <w:proofErr w:type="spellStart"/>
      <w:r w:rsidR="00E442DE" w:rsidRPr="00E442DE">
        <w:t>pengembangan</w:t>
      </w:r>
      <w:proofErr w:type="spellEnd"/>
      <w:r w:rsidR="00E442DE" w:rsidRPr="00E442DE">
        <w:t xml:space="preserve"> </w:t>
      </w:r>
      <w:proofErr w:type="gramStart"/>
      <w:r w:rsidR="00E442DE" w:rsidRPr="00E442DE">
        <w:t>proses</w:t>
      </w:r>
      <w:proofErr w:type="gramEnd"/>
      <w:r w:rsidR="00E442DE" w:rsidRPr="00E442DE">
        <w:t xml:space="preserve"> </w:t>
      </w:r>
      <w:proofErr w:type="spellStart"/>
      <w:r w:rsidR="00E442DE" w:rsidRPr="00E442DE">
        <w:t>biologis</w:t>
      </w:r>
      <w:proofErr w:type="spellEnd"/>
      <w:r w:rsidR="00E442DE" w:rsidRPr="00E442DE">
        <w:t xml:space="preserve"> </w:t>
      </w:r>
      <w:proofErr w:type="spellStart"/>
      <w:r w:rsidR="00E442DE" w:rsidRPr="00E442DE">
        <w:t>untuk</w:t>
      </w:r>
      <w:proofErr w:type="spellEnd"/>
      <w:r w:rsidR="00E442DE" w:rsidRPr="00E442DE">
        <w:t xml:space="preserve"> </w:t>
      </w:r>
      <w:proofErr w:type="spellStart"/>
      <w:r w:rsidR="00E442DE" w:rsidRPr="00E442DE">
        <w:t>produksi</w:t>
      </w:r>
      <w:proofErr w:type="spellEnd"/>
      <w:r w:rsidR="00E442DE" w:rsidRPr="00E442DE">
        <w:t xml:space="preserve"> </w:t>
      </w:r>
      <w:proofErr w:type="spellStart"/>
      <w:r w:rsidR="00E442DE" w:rsidRPr="00E442DE">
        <w:t>senyawa</w:t>
      </w:r>
      <w:proofErr w:type="spellEnd"/>
      <w:r w:rsidR="00E442DE" w:rsidRPr="00E442DE">
        <w:t xml:space="preserve"> </w:t>
      </w:r>
      <w:proofErr w:type="spellStart"/>
      <w:r w:rsidR="00E442DE" w:rsidRPr="00E442DE">
        <w:t>bernilai</w:t>
      </w:r>
      <w:proofErr w:type="spellEnd"/>
      <w:r w:rsidR="00E442DE" w:rsidRPr="00E442DE">
        <w:t xml:space="preserve"> </w:t>
      </w:r>
      <w:proofErr w:type="spellStart"/>
      <w:r w:rsidR="00E442DE" w:rsidRPr="00E442DE">
        <w:t>tambah</w:t>
      </w:r>
      <w:proofErr w:type="spellEnd"/>
      <w:r w:rsidR="00E442DE" w:rsidRPr="00E442DE">
        <w:t xml:space="preserve">. </w:t>
      </w:r>
      <w:proofErr w:type="spellStart"/>
      <w:r w:rsidR="00E442DE" w:rsidRPr="00E442DE">
        <w:t>Aktivitas</w:t>
      </w:r>
      <w:proofErr w:type="spellEnd"/>
      <w:r w:rsidR="00E442DE" w:rsidRPr="00E442DE">
        <w:t xml:space="preserve"> </w:t>
      </w:r>
      <w:proofErr w:type="spellStart"/>
      <w:r w:rsidR="00E442DE" w:rsidRPr="00E442DE">
        <w:t>utama</w:t>
      </w:r>
      <w:proofErr w:type="spellEnd"/>
      <w:r w:rsidR="00E442DE" w:rsidRPr="00E442DE">
        <w:t xml:space="preserve"> </w:t>
      </w:r>
      <w:proofErr w:type="spellStart"/>
      <w:r w:rsidR="00E442DE" w:rsidRPr="00E442DE">
        <w:t>meliputi</w:t>
      </w:r>
      <w:proofErr w:type="spellEnd"/>
      <w:r w:rsidR="00E442DE" w:rsidRPr="00E442DE">
        <w:t xml:space="preserve"> </w:t>
      </w:r>
      <w:proofErr w:type="spellStart"/>
      <w:r w:rsidR="00E442DE" w:rsidRPr="00E442DE">
        <w:t>kultivasi</w:t>
      </w:r>
      <w:proofErr w:type="spellEnd"/>
      <w:r w:rsidR="00E442DE" w:rsidRPr="00E442DE">
        <w:t xml:space="preserve"> </w:t>
      </w:r>
      <w:proofErr w:type="spellStart"/>
      <w:r w:rsidR="00E442DE" w:rsidRPr="00E442DE">
        <w:t>mikroorganisme</w:t>
      </w:r>
      <w:proofErr w:type="spellEnd"/>
      <w:r w:rsidR="00E442DE" w:rsidRPr="00E442DE">
        <w:t xml:space="preserve">, </w:t>
      </w:r>
      <w:proofErr w:type="spellStart"/>
      <w:r w:rsidR="00E442DE" w:rsidRPr="00E442DE">
        <w:t>optimasi</w:t>
      </w:r>
      <w:proofErr w:type="spellEnd"/>
      <w:r w:rsidR="00E442DE" w:rsidRPr="00E442DE">
        <w:t xml:space="preserve"> </w:t>
      </w:r>
      <w:proofErr w:type="spellStart"/>
      <w:r w:rsidR="00E442DE" w:rsidRPr="00E442DE">
        <w:t>kondisi</w:t>
      </w:r>
      <w:proofErr w:type="spellEnd"/>
      <w:r w:rsidR="00E442DE" w:rsidRPr="00E442DE">
        <w:t xml:space="preserve"> proses, </w:t>
      </w:r>
      <w:proofErr w:type="spellStart"/>
      <w:r w:rsidR="00E442DE" w:rsidRPr="00E442DE">
        <w:t>serta</w:t>
      </w:r>
      <w:proofErr w:type="spellEnd"/>
      <w:r w:rsidR="00E442DE" w:rsidRPr="00E442DE">
        <w:t xml:space="preserve"> </w:t>
      </w:r>
      <w:proofErr w:type="spellStart"/>
      <w:r w:rsidR="00E442DE" w:rsidRPr="00E442DE">
        <w:t>studi</w:t>
      </w:r>
      <w:proofErr w:type="spellEnd"/>
      <w:r w:rsidR="00E442DE" w:rsidRPr="00E442DE">
        <w:t xml:space="preserve"> </w:t>
      </w:r>
      <w:proofErr w:type="spellStart"/>
      <w:r w:rsidR="00E442DE" w:rsidRPr="00E442DE">
        <w:t>skala</w:t>
      </w:r>
      <w:proofErr w:type="spellEnd"/>
      <w:r w:rsidR="00E442DE" w:rsidRPr="00E442DE">
        <w:t xml:space="preserve"> </w:t>
      </w:r>
      <w:proofErr w:type="spellStart"/>
      <w:r w:rsidR="00E442DE" w:rsidRPr="00E442DE">
        <w:t>laboratorium</w:t>
      </w:r>
      <w:proofErr w:type="spellEnd"/>
      <w:r w:rsidR="00E442DE" w:rsidRPr="00E442DE">
        <w:t xml:space="preserve"> </w:t>
      </w:r>
      <w:proofErr w:type="spellStart"/>
      <w:r w:rsidR="00E442DE" w:rsidRPr="00E442DE">
        <w:t>untuk</w:t>
      </w:r>
      <w:proofErr w:type="spellEnd"/>
      <w:r w:rsidR="00E442DE" w:rsidRPr="00E442DE">
        <w:t xml:space="preserve"> </w:t>
      </w:r>
      <w:proofErr w:type="spellStart"/>
      <w:r w:rsidR="00E442DE" w:rsidRPr="00E442DE">
        <w:t>aplikasi</w:t>
      </w:r>
      <w:proofErr w:type="spellEnd"/>
      <w:r w:rsidR="00E442DE" w:rsidRPr="00E442DE">
        <w:t xml:space="preserve"> </w:t>
      </w:r>
      <w:proofErr w:type="spellStart"/>
      <w:r w:rsidR="00E442DE" w:rsidRPr="00E442DE">
        <w:t>industri</w:t>
      </w:r>
      <w:proofErr w:type="spellEnd"/>
      <w:r w:rsidR="00E442DE" w:rsidRPr="00E442DE">
        <w:t xml:space="preserve"> </w:t>
      </w:r>
      <w:proofErr w:type="spellStart"/>
      <w:r w:rsidR="00E442DE" w:rsidRPr="00E442DE">
        <w:t>berbasis</w:t>
      </w:r>
      <w:proofErr w:type="spellEnd"/>
      <w:r w:rsidR="00E442DE" w:rsidRPr="00E442DE">
        <w:t xml:space="preserve"> </w:t>
      </w:r>
      <w:proofErr w:type="spellStart"/>
      <w:r w:rsidR="00E442DE" w:rsidRPr="00E442DE">
        <w:t>bioteknologi</w:t>
      </w:r>
      <w:proofErr w:type="spellEnd"/>
      <w:r w:rsidR="00E442DE" w:rsidRPr="00E442DE">
        <w:t>.</w:t>
      </w:r>
      <w:r w:rsidR="00E442DE">
        <w:t xml:space="preserve"> Selain </w:t>
      </w:r>
      <w:proofErr w:type="spellStart"/>
      <w:r w:rsidR="00E442DE">
        <w:t>itu</w:t>
      </w:r>
      <w:proofErr w:type="spellEnd"/>
      <w:r w:rsidR="00E442DE">
        <w:t xml:space="preserve"> </w:t>
      </w:r>
      <w:proofErr w:type="spellStart"/>
      <w:r w:rsidR="00E442DE">
        <w:t>mendukung</w:t>
      </w:r>
      <w:proofErr w:type="spellEnd"/>
      <w:r w:rsidR="00E442DE">
        <w:t xml:space="preserve"> juga proses </w:t>
      </w:r>
      <w:proofErr w:type="spellStart"/>
      <w:r w:rsidR="00E442DE">
        <w:t>fermentasi</w:t>
      </w:r>
      <w:proofErr w:type="spellEnd"/>
      <w:r w:rsidR="00E442DE">
        <w:t xml:space="preserve"> </w:t>
      </w:r>
      <w:proofErr w:type="spellStart"/>
      <w:r w:rsidR="00E442DE">
        <w:t>mikroba</w:t>
      </w:r>
      <w:proofErr w:type="spellEnd"/>
      <w:r w:rsidR="00E442DE">
        <w:t xml:space="preserve"> </w:t>
      </w:r>
      <w:proofErr w:type="spellStart"/>
      <w:r w:rsidR="00E442DE">
        <w:t>untuk</w:t>
      </w:r>
      <w:proofErr w:type="spellEnd"/>
      <w:r w:rsidR="00E442DE">
        <w:t xml:space="preserve"> </w:t>
      </w:r>
      <w:proofErr w:type="spellStart"/>
      <w:r w:rsidR="00E442DE">
        <w:t>produksi</w:t>
      </w:r>
      <w:proofErr w:type="spellEnd"/>
      <w:r w:rsidR="00E442DE">
        <w:t xml:space="preserve"> </w:t>
      </w:r>
      <w:proofErr w:type="spellStart"/>
      <w:r w:rsidR="00E442DE">
        <w:t>produk</w:t>
      </w:r>
      <w:proofErr w:type="spellEnd"/>
      <w:r w:rsidR="00E442DE">
        <w:t xml:space="preserve"> </w:t>
      </w:r>
      <w:proofErr w:type="spellStart"/>
      <w:r w:rsidR="00E442DE">
        <w:t>pangan</w:t>
      </w:r>
      <w:proofErr w:type="spellEnd"/>
      <w:r w:rsidR="00E442DE">
        <w:t>, non-</w:t>
      </w:r>
      <w:proofErr w:type="spellStart"/>
      <w:r w:rsidR="00E442DE">
        <w:t>pangan</w:t>
      </w:r>
      <w:proofErr w:type="spellEnd"/>
      <w:r w:rsidR="00E442DE">
        <w:t xml:space="preserve">, </w:t>
      </w:r>
      <w:proofErr w:type="spellStart"/>
      <w:r w:rsidR="00E442DE">
        <w:t>maupun</w:t>
      </w:r>
      <w:proofErr w:type="spellEnd"/>
      <w:r w:rsidR="00E442DE">
        <w:t xml:space="preserve"> </w:t>
      </w:r>
      <w:proofErr w:type="spellStart"/>
      <w:r w:rsidR="00E442DE">
        <w:t>bahan</w:t>
      </w:r>
      <w:proofErr w:type="spellEnd"/>
      <w:r w:rsidR="00E442DE">
        <w:t xml:space="preserve"> </w:t>
      </w:r>
      <w:proofErr w:type="spellStart"/>
      <w:r w:rsidR="00E442DE">
        <w:t>baku</w:t>
      </w:r>
      <w:proofErr w:type="spellEnd"/>
      <w:r w:rsidR="00E442DE">
        <w:t xml:space="preserve"> </w:t>
      </w:r>
      <w:proofErr w:type="spellStart"/>
      <w:r w:rsidR="00E442DE">
        <w:t>industri</w:t>
      </w:r>
      <w:proofErr w:type="spellEnd"/>
      <w:r w:rsidR="00E442DE">
        <w:t xml:space="preserve">. </w:t>
      </w:r>
      <w:proofErr w:type="spellStart"/>
      <w:r w:rsidR="00E442DE">
        <w:t>Kegiatan</w:t>
      </w:r>
      <w:proofErr w:type="spellEnd"/>
      <w:r w:rsidR="00E442DE">
        <w:t xml:space="preserve"> </w:t>
      </w:r>
      <w:proofErr w:type="spellStart"/>
      <w:r w:rsidR="00E442DE">
        <w:t>mencakup</w:t>
      </w:r>
      <w:proofErr w:type="spellEnd"/>
      <w:r w:rsidR="00E442DE">
        <w:t xml:space="preserve"> </w:t>
      </w:r>
      <w:proofErr w:type="spellStart"/>
      <w:r w:rsidR="00E442DE">
        <w:t>pengembangan</w:t>
      </w:r>
      <w:proofErr w:type="spellEnd"/>
      <w:r w:rsidR="00E442DE">
        <w:t xml:space="preserve"> starter </w:t>
      </w:r>
      <w:proofErr w:type="spellStart"/>
      <w:r w:rsidR="00E442DE">
        <w:t>mikroba</w:t>
      </w:r>
      <w:proofErr w:type="spellEnd"/>
      <w:r w:rsidR="00E442DE">
        <w:t xml:space="preserve">, </w:t>
      </w:r>
      <w:proofErr w:type="spellStart"/>
      <w:r w:rsidR="00E442DE">
        <w:t>pengendalian</w:t>
      </w:r>
      <w:proofErr w:type="spellEnd"/>
      <w:r w:rsidR="00E442DE">
        <w:t xml:space="preserve"> proses </w:t>
      </w:r>
      <w:proofErr w:type="spellStart"/>
      <w:r w:rsidR="00E442DE">
        <w:t>fermentasi</w:t>
      </w:r>
      <w:proofErr w:type="spellEnd"/>
      <w:r w:rsidR="00E442DE">
        <w:t xml:space="preserve">, </w:t>
      </w:r>
      <w:proofErr w:type="spellStart"/>
      <w:r w:rsidR="00E442DE">
        <w:t>serta</w:t>
      </w:r>
      <w:proofErr w:type="spellEnd"/>
      <w:r w:rsidR="00E442DE">
        <w:t xml:space="preserve"> </w:t>
      </w:r>
      <w:proofErr w:type="spellStart"/>
      <w:r w:rsidR="00E442DE">
        <w:t>analisis</w:t>
      </w:r>
      <w:proofErr w:type="spellEnd"/>
      <w:r w:rsidR="00E442DE">
        <w:t xml:space="preserve"> </w:t>
      </w:r>
      <w:proofErr w:type="spellStart"/>
      <w:r w:rsidR="00E442DE">
        <w:t>hasil</w:t>
      </w:r>
      <w:proofErr w:type="spellEnd"/>
      <w:r w:rsidR="00E442DE">
        <w:t xml:space="preserve"> </w:t>
      </w:r>
      <w:proofErr w:type="spellStart"/>
      <w:r w:rsidR="00E442DE">
        <w:t>fermentasi</w:t>
      </w:r>
      <w:proofErr w:type="spellEnd"/>
      <w:r w:rsidR="00E442DE">
        <w:t>.</w:t>
      </w:r>
    </w:p>
    <w:p w14:paraId="2AD0E00B" w14:textId="7D317AC2" w:rsidR="004E3828" w:rsidRDefault="004E3828" w:rsidP="00E442DE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5C0BA8AD" wp14:editId="7DE3CAC4">
            <wp:extent cx="5486400" cy="3086100"/>
            <wp:effectExtent l="0" t="0" r="0" b="0"/>
            <wp:docPr id="1940469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18FF" w14:textId="29541D45" w:rsidR="00C612E2" w:rsidRDefault="00C612E2" w:rsidP="00C612E2">
      <w:pPr>
        <w:pStyle w:val="Heading3"/>
      </w:pPr>
      <w:r>
        <w:t xml:space="preserve">3.2 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Bioproses</w:t>
      </w:r>
      <w:proofErr w:type="spellEnd"/>
    </w:p>
    <w:p w14:paraId="442EC1BB" w14:textId="61A1D3C6" w:rsidR="00C612E2" w:rsidRDefault="00C612E2" w:rsidP="00E442DE">
      <w:pPr>
        <w:pStyle w:val="NormalWeb"/>
        <w:jc w:val="both"/>
      </w:pPr>
      <w:proofErr w:type="spellStart"/>
      <w:r>
        <w:t>Laboratorium</w:t>
      </w:r>
      <w:proofErr w:type="spellEnd"/>
      <w:r>
        <w:t xml:space="preserve"> </w:t>
      </w:r>
      <w:proofErr w:type="spellStart"/>
      <w:r>
        <w:t>Bioproses</w:t>
      </w:r>
      <w:proofErr w:type="spellEnd"/>
      <w:r>
        <w:t xml:space="preserve"> </w:t>
      </w:r>
      <w:proofErr w:type="spellStart"/>
      <w:r w:rsidR="00E442DE">
        <w:t>berfokus</w:t>
      </w:r>
      <w:proofErr w:type="spellEnd"/>
      <w:r w:rsidR="00E442DE">
        <w:t xml:space="preserve"> pada </w:t>
      </w:r>
      <w:proofErr w:type="spellStart"/>
      <w:r w:rsidR="00E442DE">
        <w:t>penelitian</w:t>
      </w:r>
      <w:proofErr w:type="spellEnd"/>
      <w:r w:rsidR="00E442DE">
        <w:t xml:space="preserve"> dan </w:t>
      </w:r>
      <w:proofErr w:type="spellStart"/>
      <w:r w:rsidR="00E442DE">
        <w:t>pengujian</w:t>
      </w:r>
      <w:proofErr w:type="spellEnd"/>
      <w:r w:rsidR="00E442DE">
        <w:t xml:space="preserve"> </w:t>
      </w:r>
      <w:proofErr w:type="spellStart"/>
      <w:r w:rsidR="00E442DE">
        <w:t>pemanfaatan</w:t>
      </w:r>
      <w:proofErr w:type="spellEnd"/>
      <w:r w:rsidR="00E442DE">
        <w:t xml:space="preserve"> </w:t>
      </w:r>
      <w:proofErr w:type="spellStart"/>
      <w:r w:rsidR="00E442DE">
        <w:t>mikroorganisme</w:t>
      </w:r>
      <w:proofErr w:type="spellEnd"/>
      <w:r w:rsidR="00E442DE">
        <w:t xml:space="preserve"> </w:t>
      </w:r>
      <w:proofErr w:type="spellStart"/>
      <w:r w:rsidR="00E442DE">
        <w:t>untuk</w:t>
      </w:r>
      <w:proofErr w:type="spellEnd"/>
      <w:r w:rsidR="00E442DE">
        <w:t xml:space="preserve"> </w:t>
      </w:r>
      <w:proofErr w:type="spellStart"/>
      <w:r w:rsidR="00E442DE">
        <w:t>pengolahan</w:t>
      </w:r>
      <w:proofErr w:type="spellEnd"/>
      <w:r w:rsidR="00E442DE">
        <w:t xml:space="preserve"> dan </w:t>
      </w:r>
      <w:proofErr w:type="spellStart"/>
      <w:r w:rsidR="00E442DE">
        <w:t>pemulihan</w:t>
      </w:r>
      <w:proofErr w:type="spellEnd"/>
      <w:r w:rsidR="00E442DE">
        <w:t xml:space="preserve"> </w:t>
      </w:r>
      <w:proofErr w:type="spellStart"/>
      <w:r w:rsidR="00E442DE">
        <w:t>lingkungan</w:t>
      </w:r>
      <w:proofErr w:type="spellEnd"/>
      <w:r w:rsidR="00E442DE">
        <w:t xml:space="preserve"> yang </w:t>
      </w:r>
      <w:proofErr w:type="spellStart"/>
      <w:r w:rsidR="00E442DE">
        <w:t>tercemar</w:t>
      </w:r>
      <w:proofErr w:type="spellEnd"/>
      <w:r w:rsidR="00E442DE">
        <w:t xml:space="preserve">, </w:t>
      </w:r>
      <w:proofErr w:type="spellStart"/>
      <w:r w:rsidR="00E442DE">
        <w:t>seperti</w:t>
      </w:r>
      <w:proofErr w:type="spellEnd"/>
      <w:r w:rsidR="00E442DE">
        <w:t xml:space="preserve"> </w:t>
      </w:r>
      <w:proofErr w:type="spellStart"/>
      <w:r w:rsidR="00E442DE">
        <w:t>tanah</w:t>
      </w:r>
      <w:proofErr w:type="spellEnd"/>
      <w:r w:rsidR="00E442DE">
        <w:t xml:space="preserve"> dan air. </w:t>
      </w:r>
      <w:proofErr w:type="spellStart"/>
      <w:r w:rsidR="00E442DE">
        <w:t>Kegiatan</w:t>
      </w:r>
      <w:proofErr w:type="spellEnd"/>
      <w:r w:rsidR="00E442DE">
        <w:t xml:space="preserve"> </w:t>
      </w:r>
      <w:proofErr w:type="spellStart"/>
      <w:r w:rsidR="00E442DE">
        <w:t>meliputi</w:t>
      </w:r>
      <w:proofErr w:type="spellEnd"/>
      <w:r w:rsidR="00E442DE">
        <w:t xml:space="preserve"> </w:t>
      </w:r>
      <w:proofErr w:type="spellStart"/>
      <w:r w:rsidR="00E442DE">
        <w:t>isolasi</w:t>
      </w:r>
      <w:proofErr w:type="spellEnd"/>
      <w:r w:rsidR="00E442DE">
        <w:t xml:space="preserve"> </w:t>
      </w:r>
      <w:proofErr w:type="spellStart"/>
      <w:r w:rsidR="00E442DE">
        <w:t>mikroba</w:t>
      </w:r>
      <w:proofErr w:type="spellEnd"/>
      <w:r w:rsidR="00E442DE">
        <w:t xml:space="preserve">, uji </w:t>
      </w:r>
      <w:proofErr w:type="spellStart"/>
      <w:r w:rsidR="00E442DE">
        <w:t>biodegradasi</w:t>
      </w:r>
      <w:proofErr w:type="spellEnd"/>
      <w:r w:rsidR="00E442DE">
        <w:t xml:space="preserve">, </w:t>
      </w:r>
      <w:proofErr w:type="spellStart"/>
      <w:r w:rsidR="00E442DE">
        <w:t>serta</w:t>
      </w:r>
      <w:proofErr w:type="spellEnd"/>
      <w:r w:rsidR="00E442DE">
        <w:t xml:space="preserve"> </w:t>
      </w:r>
      <w:proofErr w:type="spellStart"/>
      <w:r w:rsidR="00E442DE">
        <w:t>evaluasi</w:t>
      </w:r>
      <w:proofErr w:type="spellEnd"/>
      <w:r w:rsidR="00E442DE">
        <w:t xml:space="preserve"> </w:t>
      </w:r>
      <w:proofErr w:type="spellStart"/>
      <w:r w:rsidR="00E442DE">
        <w:t>efektivitas</w:t>
      </w:r>
      <w:proofErr w:type="spellEnd"/>
      <w:r w:rsidR="00E442DE">
        <w:t xml:space="preserve"> </w:t>
      </w:r>
      <w:proofErr w:type="spellStart"/>
      <w:r w:rsidR="00E442DE">
        <w:t>bioremediasi</w:t>
      </w:r>
      <w:proofErr w:type="spellEnd"/>
      <w:r w:rsidR="00E442DE">
        <w:t xml:space="preserve"> </w:t>
      </w:r>
      <w:proofErr w:type="spellStart"/>
      <w:r w:rsidR="00E442DE">
        <w:t>terhadap</w:t>
      </w:r>
      <w:proofErr w:type="spellEnd"/>
      <w:r w:rsidR="00E442DE">
        <w:t xml:space="preserve"> </w:t>
      </w:r>
      <w:proofErr w:type="spellStart"/>
      <w:r w:rsidR="00E442DE">
        <w:t>berbagai</w:t>
      </w:r>
      <w:proofErr w:type="spellEnd"/>
      <w:r w:rsidR="00E442DE">
        <w:t xml:space="preserve"> </w:t>
      </w:r>
      <w:proofErr w:type="spellStart"/>
      <w:r w:rsidR="00E442DE">
        <w:t>jenis</w:t>
      </w:r>
      <w:proofErr w:type="spellEnd"/>
      <w:r w:rsidR="00E442DE">
        <w:t xml:space="preserve"> </w:t>
      </w:r>
      <w:proofErr w:type="spellStart"/>
      <w:r w:rsidR="00E442DE">
        <w:t>polutan</w:t>
      </w:r>
      <w:proofErr w:type="spellEnd"/>
      <w:r w:rsidR="00E442DE">
        <w:t>.</w:t>
      </w:r>
    </w:p>
    <w:p w14:paraId="7D5187A1" w14:textId="27BF8E1F" w:rsidR="004E3828" w:rsidRDefault="004E3828" w:rsidP="00E442DE">
      <w:pPr>
        <w:pStyle w:val="NormalWeb"/>
        <w:jc w:val="both"/>
      </w:pPr>
      <w:r>
        <w:rPr>
          <w:noProof/>
        </w:rPr>
        <w:drawing>
          <wp:inline distT="0" distB="0" distL="0" distR="0" wp14:anchorId="4D4CC7AE" wp14:editId="003510A7">
            <wp:extent cx="5486400" cy="3086100"/>
            <wp:effectExtent l="0" t="0" r="0" b="0"/>
            <wp:docPr id="2107788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0DA1" w14:textId="119D5D10" w:rsidR="00C612E2" w:rsidRDefault="00C612E2" w:rsidP="00C612E2">
      <w:pPr>
        <w:pStyle w:val="Heading3"/>
      </w:pPr>
      <w:r>
        <w:lastRenderedPageBreak/>
        <w:t xml:space="preserve">3.3 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Fermentasi</w:t>
      </w:r>
      <w:proofErr w:type="spellEnd"/>
    </w:p>
    <w:p w14:paraId="18D6CC82" w14:textId="584194A2" w:rsidR="00C612E2" w:rsidRDefault="00C612E2" w:rsidP="00E442DE">
      <w:pPr>
        <w:pStyle w:val="NormalWeb"/>
        <w:jc w:val="both"/>
      </w:pPr>
      <w:proofErr w:type="spellStart"/>
      <w:r>
        <w:t>Laboratorium</w:t>
      </w:r>
      <w:proofErr w:type="spellEnd"/>
      <w:r>
        <w:t xml:space="preserve"> </w:t>
      </w:r>
      <w:proofErr w:type="spellStart"/>
      <w:r>
        <w:t>Fermentasi</w:t>
      </w:r>
      <w:proofErr w:type="spellEnd"/>
      <w:r>
        <w:t xml:space="preserve"> </w:t>
      </w:r>
      <w:proofErr w:type="spellStart"/>
      <w:r w:rsidR="00E442DE" w:rsidRPr="00E442DE">
        <w:t>digunakan</w:t>
      </w:r>
      <w:proofErr w:type="spellEnd"/>
      <w:r w:rsidR="00E442DE" w:rsidRPr="00E442DE">
        <w:t xml:space="preserve"> </w:t>
      </w:r>
      <w:proofErr w:type="spellStart"/>
      <w:r w:rsidR="00E442DE" w:rsidRPr="00E442DE">
        <w:t>sebagai</w:t>
      </w:r>
      <w:proofErr w:type="spellEnd"/>
      <w:r w:rsidR="00E442DE" w:rsidRPr="00E442DE">
        <w:t xml:space="preserve"> </w:t>
      </w:r>
      <w:proofErr w:type="spellStart"/>
      <w:r w:rsidR="00E442DE" w:rsidRPr="00E442DE">
        <w:t>sarana</w:t>
      </w:r>
      <w:proofErr w:type="spellEnd"/>
      <w:r w:rsidR="00E442DE" w:rsidRPr="00E442DE">
        <w:t xml:space="preserve"> </w:t>
      </w:r>
      <w:proofErr w:type="spellStart"/>
      <w:r w:rsidR="00E442DE" w:rsidRPr="00E442DE">
        <w:rPr>
          <w:b/>
          <w:bCs/>
        </w:rPr>
        <w:t>persiapan</w:t>
      </w:r>
      <w:proofErr w:type="spellEnd"/>
      <w:r w:rsidR="00E442DE" w:rsidRPr="00E442DE">
        <w:rPr>
          <w:b/>
          <w:bCs/>
        </w:rPr>
        <w:t xml:space="preserve"> dan </w:t>
      </w:r>
      <w:proofErr w:type="spellStart"/>
      <w:r w:rsidR="00E442DE" w:rsidRPr="00E442DE">
        <w:rPr>
          <w:b/>
          <w:bCs/>
        </w:rPr>
        <w:t>pelaksanaan</w:t>
      </w:r>
      <w:proofErr w:type="spellEnd"/>
      <w:r w:rsidR="00E442DE" w:rsidRPr="00E442DE">
        <w:rPr>
          <w:b/>
          <w:bCs/>
        </w:rPr>
        <w:t xml:space="preserve"> </w:t>
      </w:r>
      <w:proofErr w:type="spellStart"/>
      <w:r w:rsidR="00E442DE" w:rsidRPr="00E442DE">
        <w:rPr>
          <w:b/>
          <w:bCs/>
        </w:rPr>
        <w:t>praktikum</w:t>
      </w:r>
      <w:proofErr w:type="spellEnd"/>
      <w:r w:rsidR="00E442DE" w:rsidRPr="00E442DE">
        <w:t xml:space="preserve"> yang </w:t>
      </w:r>
      <w:proofErr w:type="spellStart"/>
      <w:r w:rsidR="00E442DE" w:rsidRPr="00E442DE">
        <w:t>berkaitan</w:t>
      </w:r>
      <w:proofErr w:type="spellEnd"/>
      <w:r w:rsidR="00E442DE" w:rsidRPr="00E442DE">
        <w:t xml:space="preserve"> </w:t>
      </w:r>
      <w:proofErr w:type="spellStart"/>
      <w:r w:rsidR="00E442DE" w:rsidRPr="00E442DE">
        <w:t>dengan</w:t>
      </w:r>
      <w:proofErr w:type="spellEnd"/>
      <w:r w:rsidR="00E442DE" w:rsidRPr="00E442DE">
        <w:t xml:space="preserve"> </w:t>
      </w:r>
      <w:proofErr w:type="spellStart"/>
      <w:r w:rsidR="00E442DE" w:rsidRPr="00E442DE">
        <w:t>mikrob</w:t>
      </w:r>
      <w:r w:rsidR="00E442DE">
        <w:t>iologi</w:t>
      </w:r>
      <w:proofErr w:type="spellEnd"/>
      <w:r w:rsidR="00E442DE" w:rsidRPr="00E442DE">
        <w:t xml:space="preserve">. </w:t>
      </w:r>
      <w:proofErr w:type="spellStart"/>
      <w:r w:rsidR="00E442DE" w:rsidRPr="00E442DE">
        <w:t>Kegiatan</w:t>
      </w:r>
      <w:proofErr w:type="spellEnd"/>
      <w:r w:rsidR="00E442DE" w:rsidRPr="00E442DE">
        <w:t xml:space="preserve"> </w:t>
      </w:r>
      <w:proofErr w:type="spellStart"/>
      <w:r w:rsidR="00E442DE" w:rsidRPr="00E442DE">
        <w:t>utama</w:t>
      </w:r>
      <w:proofErr w:type="spellEnd"/>
      <w:r w:rsidR="00E442DE" w:rsidRPr="00E442DE">
        <w:t xml:space="preserve"> </w:t>
      </w:r>
      <w:proofErr w:type="spellStart"/>
      <w:r w:rsidR="00E442DE" w:rsidRPr="00E442DE">
        <w:t>meliputi</w:t>
      </w:r>
      <w:proofErr w:type="spellEnd"/>
      <w:r w:rsidR="00E442DE" w:rsidRPr="00E442DE">
        <w:t xml:space="preserve"> </w:t>
      </w:r>
      <w:proofErr w:type="spellStart"/>
      <w:r w:rsidR="00E442DE" w:rsidRPr="00E442DE">
        <w:t>penyiapan</w:t>
      </w:r>
      <w:proofErr w:type="spellEnd"/>
      <w:r w:rsidR="00E442DE" w:rsidRPr="00E442DE">
        <w:t xml:space="preserve"> media dan </w:t>
      </w:r>
      <w:proofErr w:type="spellStart"/>
      <w:r w:rsidR="00E442DE" w:rsidRPr="00E442DE">
        <w:t>bahan</w:t>
      </w:r>
      <w:proofErr w:type="spellEnd"/>
      <w:r w:rsidR="00E442DE" w:rsidRPr="00E442DE">
        <w:t xml:space="preserve"> </w:t>
      </w:r>
      <w:proofErr w:type="spellStart"/>
      <w:r w:rsidR="00E442DE" w:rsidRPr="00E442DE">
        <w:t>praktikum</w:t>
      </w:r>
      <w:proofErr w:type="spellEnd"/>
      <w:r w:rsidR="00E442DE" w:rsidRPr="00E442DE">
        <w:t xml:space="preserve">, </w:t>
      </w:r>
      <w:proofErr w:type="spellStart"/>
      <w:r w:rsidR="00E442DE" w:rsidRPr="00E442DE">
        <w:t>pembuatan</w:t>
      </w:r>
      <w:proofErr w:type="spellEnd"/>
      <w:r w:rsidR="00E442DE" w:rsidRPr="00E442DE">
        <w:t xml:space="preserve"> dan </w:t>
      </w:r>
      <w:proofErr w:type="spellStart"/>
      <w:r w:rsidR="00E442DE" w:rsidRPr="00E442DE">
        <w:t>perbanyakan</w:t>
      </w:r>
      <w:proofErr w:type="spellEnd"/>
      <w:r w:rsidR="00E442DE" w:rsidRPr="00E442DE">
        <w:t xml:space="preserve"> </w:t>
      </w:r>
      <w:r w:rsidR="00E442DE">
        <w:t xml:space="preserve">isolate </w:t>
      </w:r>
      <w:proofErr w:type="spellStart"/>
      <w:r w:rsidR="00E442DE" w:rsidRPr="00E442DE">
        <w:t>mikroba</w:t>
      </w:r>
      <w:proofErr w:type="spellEnd"/>
      <w:r w:rsidR="00E442DE">
        <w:t xml:space="preserve"> </w:t>
      </w:r>
      <w:proofErr w:type="spellStart"/>
      <w:r w:rsidR="00E442DE">
        <w:t>untuk</w:t>
      </w:r>
      <w:proofErr w:type="spellEnd"/>
      <w:r w:rsidR="00E442DE">
        <w:t xml:space="preserve"> </w:t>
      </w:r>
      <w:proofErr w:type="spellStart"/>
      <w:r w:rsidR="00E442DE">
        <w:t>praktikum</w:t>
      </w:r>
      <w:proofErr w:type="spellEnd"/>
      <w:r w:rsidR="00E442DE" w:rsidRPr="00E442DE">
        <w:t xml:space="preserve">, </w:t>
      </w:r>
      <w:proofErr w:type="spellStart"/>
      <w:r w:rsidR="00E442DE" w:rsidRPr="00E442DE">
        <w:t>serta</w:t>
      </w:r>
      <w:proofErr w:type="spellEnd"/>
      <w:r w:rsidR="00E442DE" w:rsidRPr="00E442DE">
        <w:t xml:space="preserve"> </w:t>
      </w:r>
      <w:proofErr w:type="spellStart"/>
      <w:r w:rsidR="00E442DE" w:rsidRPr="00E442DE">
        <w:t>pendampingan</w:t>
      </w:r>
      <w:proofErr w:type="spellEnd"/>
      <w:r w:rsidR="00E442DE" w:rsidRPr="00E442DE">
        <w:t xml:space="preserve"> </w:t>
      </w:r>
      <w:proofErr w:type="spellStart"/>
      <w:r w:rsidR="00E442DE" w:rsidRPr="00E442DE">
        <w:t>kegiatan</w:t>
      </w:r>
      <w:proofErr w:type="spellEnd"/>
      <w:r w:rsidR="00E442DE" w:rsidRPr="00E442DE">
        <w:t xml:space="preserve"> </w:t>
      </w:r>
      <w:proofErr w:type="spellStart"/>
      <w:r w:rsidR="00E442DE" w:rsidRPr="00E442DE">
        <w:t>praktikum</w:t>
      </w:r>
      <w:proofErr w:type="spellEnd"/>
      <w:r w:rsidR="00E442DE" w:rsidRPr="00E442DE">
        <w:t xml:space="preserve"> </w:t>
      </w:r>
      <w:proofErr w:type="spellStart"/>
      <w:r w:rsidR="00E442DE" w:rsidRPr="00E442DE">
        <w:t>bagi</w:t>
      </w:r>
      <w:proofErr w:type="spellEnd"/>
      <w:r w:rsidR="00E442DE" w:rsidRPr="00E442DE">
        <w:t xml:space="preserve"> </w:t>
      </w:r>
      <w:proofErr w:type="spellStart"/>
      <w:r w:rsidR="00E442DE" w:rsidRPr="00E442DE">
        <w:t>mahasiswa</w:t>
      </w:r>
      <w:proofErr w:type="spellEnd"/>
      <w:r w:rsidR="00E442DE" w:rsidRPr="00E442DE">
        <w:t xml:space="preserve">. </w:t>
      </w:r>
      <w:proofErr w:type="spellStart"/>
      <w:r w:rsidR="00E442DE" w:rsidRPr="00E442DE">
        <w:t>Laboratorium</w:t>
      </w:r>
      <w:proofErr w:type="spellEnd"/>
      <w:r w:rsidR="00E442DE" w:rsidRPr="00E442DE">
        <w:t xml:space="preserve"> </w:t>
      </w:r>
      <w:proofErr w:type="spellStart"/>
      <w:r w:rsidR="00E442DE" w:rsidRPr="00E442DE">
        <w:t>ini</w:t>
      </w:r>
      <w:proofErr w:type="spellEnd"/>
      <w:r w:rsidR="00E442DE" w:rsidRPr="00E442DE">
        <w:t xml:space="preserve"> </w:t>
      </w:r>
      <w:proofErr w:type="spellStart"/>
      <w:r w:rsidR="00E442DE" w:rsidRPr="00E442DE">
        <w:t>berperan</w:t>
      </w:r>
      <w:proofErr w:type="spellEnd"/>
      <w:r w:rsidR="00E442DE" w:rsidRPr="00E442DE">
        <w:t xml:space="preserve"> </w:t>
      </w:r>
      <w:proofErr w:type="spellStart"/>
      <w:r w:rsidR="00E442DE" w:rsidRPr="00E442DE">
        <w:t>penting</w:t>
      </w:r>
      <w:proofErr w:type="spellEnd"/>
      <w:r w:rsidR="00E442DE" w:rsidRPr="00E442DE">
        <w:t xml:space="preserve"> </w:t>
      </w:r>
      <w:proofErr w:type="spellStart"/>
      <w:r w:rsidR="00E442DE" w:rsidRPr="00E442DE">
        <w:t>dalam</w:t>
      </w:r>
      <w:proofErr w:type="spellEnd"/>
      <w:r w:rsidR="00E442DE" w:rsidRPr="00E442DE">
        <w:t xml:space="preserve"> </w:t>
      </w:r>
      <w:proofErr w:type="spellStart"/>
      <w:r w:rsidR="00E442DE" w:rsidRPr="00E442DE">
        <w:t>mendukung</w:t>
      </w:r>
      <w:proofErr w:type="spellEnd"/>
      <w:r w:rsidR="00E442DE" w:rsidRPr="00E442DE">
        <w:t xml:space="preserve"> </w:t>
      </w:r>
      <w:proofErr w:type="spellStart"/>
      <w:r w:rsidR="00E442DE" w:rsidRPr="00E442DE">
        <w:t>kegiatan</w:t>
      </w:r>
      <w:proofErr w:type="spellEnd"/>
      <w:r w:rsidR="00E442DE" w:rsidRPr="00E442DE">
        <w:t xml:space="preserve"> </w:t>
      </w:r>
      <w:proofErr w:type="spellStart"/>
      <w:r w:rsidR="00E442DE" w:rsidRPr="00E442DE">
        <w:t>pendidikan</w:t>
      </w:r>
      <w:proofErr w:type="spellEnd"/>
      <w:r w:rsidR="00E442DE" w:rsidRPr="00E442DE">
        <w:t xml:space="preserve"> dan </w:t>
      </w:r>
      <w:proofErr w:type="spellStart"/>
      <w:r w:rsidR="00E442DE" w:rsidRPr="00E442DE">
        <w:t>pembelajaran</w:t>
      </w:r>
      <w:proofErr w:type="spellEnd"/>
      <w:r w:rsidR="00E442DE" w:rsidRPr="00E442DE">
        <w:t xml:space="preserve"> </w:t>
      </w:r>
      <w:proofErr w:type="spellStart"/>
      <w:r w:rsidR="00E442DE" w:rsidRPr="00E442DE">
        <w:t>mikrobiologi</w:t>
      </w:r>
      <w:proofErr w:type="spellEnd"/>
      <w:r w:rsidR="00E442DE" w:rsidRPr="00E442DE">
        <w:t xml:space="preserve"> </w:t>
      </w:r>
      <w:proofErr w:type="spellStart"/>
      <w:r w:rsidR="00E442DE" w:rsidRPr="00E442DE">
        <w:t>terapan</w:t>
      </w:r>
      <w:proofErr w:type="spellEnd"/>
      <w:r w:rsidR="00E442DE" w:rsidRPr="00E442DE">
        <w:t>.</w:t>
      </w:r>
    </w:p>
    <w:p w14:paraId="1C24150D" w14:textId="0504CA44" w:rsidR="00BB307A" w:rsidRDefault="00BB307A" w:rsidP="00E442DE">
      <w:pPr>
        <w:pStyle w:val="NormalWeb"/>
        <w:jc w:val="both"/>
      </w:pPr>
      <w:r>
        <w:rPr>
          <w:noProof/>
        </w:rPr>
        <w:drawing>
          <wp:inline distT="0" distB="0" distL="0" distR="0" wp14:anchorId="603DE83D" wp14:editId="4669F23E">
            <wp:extent cx="5486400" cy="3086100"/>
            <wp:effectExtent l="0" t="0" r="0" b="0"/>
            <wp:docPr id="18791853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E2AF" w14:textId="048E6A31" w:rsidR="00C612E2" w:rsidRDefault="00C612E2" w:rsidP="00C612E2">
      <w:pPr>
        <w:pStyle w:val="Heading3"/>
      </w:pPr>
      <w:r>
        <w:t xml:space="preserve">3.4 </w:t>
      </w:r>
      <w:proofErr w:type="spellStart"/>
      <w:r>
        <w:t>Laboratorium</w:t>
      </w:r>
      <w:proofErr w:type="spellEnd"/>
      <w:r>
        <w:t xml:space="preserve"> Osaka</w:t>
      </w:r>
    </w:p>
    <w:p w14:paraId="057EC23F" w14:textId="66EFEE35" w:rsidR="00B3693B" w:rsidRDefault="00E442DE" w:rsidP="00E442DE">
      <w:pPr>
        <w:pStyle w:val="NormalWeb"/>
        <w:jc w:val="both"/>
      </w:pPr>
      <w:proofErr w:type="spellStart"/>
      <w:r w:rsidRPr="00E442DE">
        <w:t>Laboratorium</w:t>
      </w:r>
      <w:proofErr w:type="spellEnd"/>
      <w:r w:rsidRPr="00E442DE">
        <w:t xml:space="preserve"> Osaka </w:t>
      </w:r>
      <w:proofErr w:type="spellStart"/>
      <w:r w:rsidRPr="00E442DE">
        <w:t>merupakan</w:t>
      </w:r>
      <w:proofErr w:type="spellEnd"/>
      <w:r w:rsidRPr="00E442DE">
        <w:t xml:space="preserve"> sub-</w:t>
      </w:r>
      <w:proofErr w:type="spellStart"/>
      <w:r w:rsidRPr="00E442DE">
        <w:t>laboratorium</w:t>
      </w:r>
      <w:proofErr w:type="spellEnd"/>
      <w:r w:rsidRPr="00E442DE">
        <w:t xml:space="preserve"> yang </w:t>
      </w:r>
      <w:proofErr w:type="spellStart"/>
      <w:r w:rsidRPr="00E442DE">
        <w:t>mendukung</w:t>
      </w:r>
      <w:proofErr w:type="spellEnd"/>
      <w:r w:rsidRPr="00E442DE">
        <w:t xml:space="preserve"> proses </w:t>
      </w:r>
      <w:proofErr w:type="spellStart"/>
      <w:r w:rsidRPr="00E442DE">
        <w:t>pasca-produksi</w:t>
      </w:r>
      <w:proofErr w:type="spellEnd"/>
      <w:r w:rsidRPr="00E442DE">
        <w:t xml:space="preserve"> dan </w:t>
      </w:r>
      <w:proofErr w:type="spellStart"/>
      <w:r w:rsidRPr="00E442DE">
        <w:t>pengawetan</w:t>
      </w:r>
      <w:proofErr w:type="spellEnd"/>
      <w:r w:rsidRPr="00E442DE">
        <w:t xml:space="preserve"> </w:t>
      </w:r>
      <w:proofErr w:type="spellStart"/>
      <w:r w:rsidRPr="00E442DE">
        <w:t>produk</w:t>
      </w:r>
      <w:proofErr w:type="spellEnd"/>
      <w:r w:rsidRPr="00E442DE">
        <w:t xml:space="preserve"> </w:t>
      </w:r>
      <w:proofErr w:type="spellStart"/>
      <w:r w:rsidRPr="00E442DE">
        <w:t>berbasis</w:t>
      </w:r>
      <w:proofErr w:type="spellEnd"/>
      <w:r w:rsidRPr="00E442DE">
        <w:t xml:space="preserve"> </w:t>
      </w:r>
      <w:proofErr w:type="spellStart"/>
      <w:r w:rsidRPr="00E442DE">
        <w:t>mikroorganisme</w:t>
      </w:r>
      <w:proofErr w:type="spellEnd"/>
      <w:r w:rsidRPr="00E442DE">
        <w:t xml:space="preserve">. </w:t>
      </w:r>
      <w:proofErr w:type="spellStart"/>
      <w:r w:rsidRPr="00E442DE">
        <w:t>Laboratorium</w:t>
      </w:r>
      <w:proofErr w:type="spellEnd"/>
      <w:r w:rsidRPr="00E442DE">
        <w:t xml:space="preserve"> </w:t>
      </w:r>
      <w:proofErr w:type="spellStart"/>
      <w:r w:rsidRPr="00E442DE">
        <w:t>ini</w:t>
      </w:r>
      <w:proofErr w:type="spellEnd"/>
      <w:r w:rsidRPr="00E442DE">
        <w:t xml:space="preserve"> </w:t>
      </w:r>
      <w:proofErr w:type="spellStart"/>
      <w:r w:rsidRPr="00E442DE">
        <w:t>dilengkapi</w:t>
      </w:r>
      <w:proofErr w:type="spellEnd"/>
      <w:r w:rsidRPr="00E442DE">
        <w:t xml:space="preserve"> </w:t>
      </w:r>
      <w:proofErr w:type="spellStart"/>
      <w:r w:rsidRPr="00E442DE">
        <w:t>dengan</w:t>
      </w:r>
      <w:proofErr w:type="spellEnd"/>
      <w:r w:rsidRPr="00E442DE">
        <w:t xml:space="preserve"> </w:t>
      </w:r>
      <w:proofErr w:type="spellStart"/>
      <w:r w:rsidRPr="00E442DE">
        <w:t>peralatan</w:t>
      </w:r>
      <w:proofErr w:type="spellEnd"/>
      <w:r w:rsidRPr="00E442DE">
        <w:t xml:space="preserve"> </w:t>
      </w:r>
      <w:proofErr w:type="spellStart"/>
      <w:r w:rsidRPr="00E442DE">
        <w:t>utama</w:t>
      </w:r>
      <w:proofErr w:type="spellEnd"/>
      <w:r w:rsidRPr="00E442DE">
        <w:t xml:space="preserve"> </w:t>
      </w:r>
      <w:proofErr w:type="spellStart"/>
      <w:r w:rsidRPr="00E442DE">
        <w:t>berupa</w:t>
      </w:r>
      <w:proofErr w:type="spellEnd"/>
      <w:r w:rsidRPr="00E442DE">
        <w:t xml:space="preserve"> </w:t>
      </w:r>
      <w:r w:rsidRPr="00E442DE">
        <w:rPr>
          <w:b/>
          <w:bCs/>
        </w:rPr>
        <w:t>freeze dryer (freeze dry)</w:t>
      </w:r>
      <w:r w:rsidRPr="00E442DE">
        <w:t xml:space="preserve"> yang </w:t>
      </w:r>
      <w:proofErr w:type="spellStart"/>
      <w:r w:rsidRPr="00E442DE">
        <w:t>digunakan</w:t>
      </w:r>
      <w:proofErr w:type="spellEnd"/>
      <w:r w:rsidRPr="00E442DE">
        <w:t xml:space="preserve"> </w:t>
      </w:r>
      <w:proofErr w:type="spellStart"/>
      <w:r w:rsidRPr="00E442DE">
        <w:t>untuk</w:t>
      </w:r>
      <w:proofErr w:type="spellEnd"/>
      <w:r w:rsidRPr="00E442DE">
        <w:t xml:space="preserve"> proses </w:t>
      </w:r>
      <w:proofErr w:type="spellStart"/>
      <w:r w:rsidRPr="00E442DE">
        <w:t>pengeringan</w:t>
      </w:r>
      <w:proofErr w:type="spellEnd"/>
      <w:r w:rsidRPr="00E442DE">
        <w:t xml:space="preserve"> </w:t>
      </w:r>
      <w:proofErr w:type="spellStart"/>
      <w:r w:rsidRPr="00E442DE">
        <w:t>beku</w:t>
      </w:r>
      <w:proofErr w:type="spellEnd"/>
      <w:r w:rsidRPr="00E442DE">
        <w:t xml:space="preserve"> guna </w:t>
      </w:r>
      <w:proofErr w:type="spellStart"/>
      <w:r w:rsidRPr="00E442DE">
        <w:t>mempertahankan</w:t>
      </w:r>
      <w:proofErr w:type="spellEnd"/>
      <w:r w:rsidRPr="00E442DE">
        <w:t xml:space="preserve"> </w:t>
      </w:r>
      <w:proofErr w:type="spellStart"/>
      <w:r w:rsidRPr="00E442DE">
        <w:t>stabilitas</w:t>
      </w:r>
      <w:proofErr w:type="spellEnd"/>
      <w:r w:rsidRPr="00E442DE">
        <w:t xml:space="preserve">, </w:t>
      </w:r>
      <w:proofErr w:type="spellStart"/>
      <w:r w:rsidRPr="00E442DE">
        <w:t>viabilitas</w:t>
      </w:r>
      <w:proofErr w:type="spellEnd"/>
      <w:r w:rsidRPr="00E442DE">
        <w:t xml:space="preserve">, dan </w:t>
      </w:r>
      <w:proofErr w:type="spellStart"/>
      <w:r w:rsidRPr="00E442DE">
        <w:t>mutu</w:t>
      </w:r>
      <w:proofErr w:type="spellEnd"/>
      <w:r w:rsidRPr="00E442DE">
        <w:t xml:space="preserve"> </w:t>
      </w:r>
      <w:proofErr w:type="spellStart"/>
      <w:r w:rsidRPr="00E442DE">
        <w:t>produk</w:t>
      </w:r>
      <w:proofErr w:type="spellEnd"/>
      <w:r w:rsidRPr="00E442DE">
        <w:t xml:space="preserve"> </w:t>
      </w:r>
      <w:proofErr w:type="spellStart"/>
      <w:r w:rsidRPr="00E442DE">
        <w:t>biologis</w:t>
      </w:r>
      <w:proofErr w:type="spellEnd"/>
      <w:r w:rsidRPr="00E442DE">
        <w:t xml:space="preserve">. </w:t>
      </w:r>
      <w:proofErr w:type="spellStart"/>
      <w:r w:rsidRPr="00E442DE">
        <w:t>Kegiatan</w:t>
      </w:r>
      <w:proofErr w:type="spellEnd"/>
      <w:r w:rsidRPr="00E442DE">
        <w:t xml:space="preserve"> </w:t>
      </w:r>
      <w:proofErr w:type="spellStart"/>
      <w:r w:rsidRPr="00E442DE">
        <w:t>utama</w:t>
      </w:r>
      <w:proofErr w:type="spellEnd"/>
      <w:r w:rsidRPr="00E442DE">
        <w:t xml:space="preserve"> </w:t>
      </w:r>
      <w:proofErr w:type="spellStart"/>
      <w:r w:rsidRPr="00E442DE">
        <w:t>meliputi</w:t>
      </w:r>
      <w:proofErr w:type="spellEnd"/>
      <w:r w:rsidRPr="00E442DE">
        <w:t xml:space="preserve"> </w:t>
      </w:r>
      <w:proofErr w:type="spellStart"/>
      <w:r w:rsidRPr="00E442DE">
        <w:t>pengeringan</w:t>
      </w:r>
      <w:proofErr w:type="spellEnd"/>
      <w:r w:rsidRPr="00E442DE">
        <w:t xml:space="preserve"> kultur </w:t>
      </w:r>
      <w:proofErr w:type="spellStart"/>
      <w:r w:rsidRPr="00E442DE">
        <w:t>mikroba</w:t>
      </w:r>
      <w:proofErr w:type="spellEnd"/>
      <w:r w:rsidRPr="00E442DE">
        <w:t xml:space="preserve">, </w:t>
      </w:r>
      <w:proofErr w:type="spellStart"/>
      <w:r w:rsidRPr="00E442DE">
        <w:t>bahan</w:t>
      </w:r>
      <w:proofErr w:type="spellEnd"/>
      <w:r w:rsidRPr="00E442DE">
        <w:t xml:space="preserve"> </w:t>
      </w:r>
      <w:proofErr w:type="spellStart"/>
      <w:r w:rsidRPr="00E442DE">
        <w:t>hasil</w:t>
      </w:r>
      <w:proofErr w:type="spellEnd"/>
      <w:r w:rsidRPr="00E442DE">
        <w:t xml:space="preserve"> </w:t>
      </w:r>
      <w:proofErr w:type="spellStart"/>
      <w:r w:rsidRPr="00E442DE">
        <w:t>fermentasi</w:t>
      </w:r>
      <w:proofErr w:type="spellEnd"/>
      <w:r w:rsidRPr="00E442DE">
        <w:t xml:space="preserve">, </w:t>
      </w:r>
      <w:proofErr w:type="spellStart"/>
      <w:r w:rsidRPr="00E442DE">
        <w:t>serta</w:t>
      </w:r>
      <w:proofErr w:type="spellEnd"/>
      <w:r w:rsidRPr="00E442DE">
        <w:t xml:space="preserve"> </w:t>
      </w:r>
      <w:proofErr w:type="spellStart"/>
      <w:r w:rsidRPr="00E442DE">
        <w:t>produk</w:t>
      </w:r>
      <w:proofErr w:type="spellEnd"/>
      <w:r w:rsidRPr="00E442DE">
        <w:t xml:space="preserve"> </w:t>
      </w:r>
      <w:proofErr w:type="spellStart"/>
      <w:r w:rsidRPr="00E442DE">
        <w:t>bioproses</w:t>
      </w:r>
      <w:proofErr w:type="spellEnd"/>
      <w:r w:rsidRPr="00E442DE">
        <w:t xml:space="preserve"> </w:t>
      </w:r>
      <w:proofErr w:type="spellStart"/>
      <w:r w:rsidRPr="00E442DE">
        <w:t>lainnya</w:t>
      </w:r>
      <w:proofErr w:type="spellEnd"/>
      <w:r w:rsidRPr="00E442DE">
        <w:t>.</w:t>
      </w:r>
    </w:p>
    <w:p w14:paraId="4845EF41" w14:textId="373BF05C" w:rsidR="00BB307A" w:rsidRDefault="00BB307A" w:rsidP="00E442DE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2D3E7665" wp14:editId="6B016A1E">
            <wp:extent cx="5486400" cy="3086100"/>
            <wp:effectExtent l="0" t="0" r="0" b="0"/>
            <wp:docPr id="15725205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EA926" w14:textId="5C201858" w:rsidR="00B3693B" w:rsidRDefault="00C612E2" w:rsidP="00C612E2">
      <w:pPr>
        <w:pStyle w:val="Heading2"/>
        <w:numPr>
          <w:ilvl w:val="0"/>
          <w:numId w:val="10"/>
        </w:numPr>
      </w:pPr>
      <w:proofErr w:type="spellStart"/>
      <w:r>
        <w:t>Fasilitas</w:t>
      </w:r>
      <w:proofErr w:type="spellEnd"/>
      <w:r>
        <w:t xml:space="preserve"> dan </w:t>
      </w:r>
      <w:proofErr w:type="spellStart"/>
      <w:r>
        <w:t>Peralatan</w:t>
      </w:r>
      <w:proofErr w:type="spellEnd"/>
    </w:p>
    <w:p w14:paraId="402CB082" w14:textId="77777777" w:rsidR="00C612E2" w:rsidRDefault="00C612E2" w:rsidP="00C612E2">
      <w:pPr>
        <w:jc w:val="both"/>
      </w:pPr>
    </w:p>
    <w:p w14:paraId="37328F0E" w14:textId="5652C3C1" w:rsidR="00C612E2" w:rsidRPr="00C612E2" w:rsidRDefault="00C612E2" w:rsidP="00C612E2">
      <w:pPr>
        <w:jc w:val="both"/>
      </w:pPr>
      <w:proofErr w:type="spellStart"/>
      <w:r w:rsidRPr="00C612E2">
        <w:t>Laboratorium</w:t>
      </w:r>
      <w:proofErr w:type="spellEnd"/>
      <w:r w:rsidRPr="00C612E2">
        <w:t xml:space="preserve"> </w:t>
      </w:r>
      <w:proofErr w:type="spellStart"/>
      <w:r w:rsidRPr="00C612E2">
        <w:t>Mikrobiologi</w:t>
      </w:r>
      <w:proofErr w:type="spellEnd"/>
      <w:r w:rsidRPr="00C612E2">
        <w:t xml:space="preserve"> </w:t>
      </w:r>
      <w:proofErr w:type="spellStart"/>
      <w:r w:rsidRPr="00C612E2">
        <w:t>dilengkapi</w:t>
      </w:r>
      <w:proofErr w:type="spellEnd"/>
      <w:r w:rsidRPr="00C612E2">
        <w:t xml:space="preserve"> </w:t>
      </w:r>
      <w:proofErr w:type="spellStart"/>
      <w:r w:rsidRPr="00C612E2">
        <w:t>dengan</w:t>
      </w:r>
      <w:proofErr w:type="spellEnd"/>
      <w:r w:rsidRPr="00C612E2">
        <w:t xml:space="preserve"> </w:t>
      </w:r>
      <w:proofErr w:type="spellStart"/>
      <w:r w:rsidRPr="00C612E2">
        <w:t>fasilitas</w:t>
      </w:r>
      <w:proofErr w:type="spellEnd"/>
      <w:r w:rsidRPr="00C612E2">
        <w:t xml:space="preserve"> dan </w:t>
      </w:r>
      <w:proofErr w:type="spellStart"/>
      <w:r w:rsidRPr="00C612E2">
        <w:t>peralatan</w:t>
      </w:r>
      <w:proofErr w:type="spellEnd"/>
      <w:r w:rsidRPr="00C612E2">
        <w:t xml:space="preserve"> </w:t>
      </w:r>
      <w:proofErr w:type="spellStart"/>
      <w:r w:rsidRPr="00C612E2">
        <w:t>pendukung</w:t>
      </w:r>
      <w:proofErr w:type="spellEnd"/>
      <w:r w:rsidRPr="00C612E2">
        <w:t xml:space="preserve">, </w:t>
      </w:r>
      <w:proofErr w:type="spellStart"/>
      <w:r w:rsidRPr="00C612E2">
        <w:t>antara</w:t>
      </w:r>
      <w:proofErr w:type="spellEnd"/>
      <w:r w:rsidRPr="00C612E2">
        <w:t xml:space="preserve"> lain:</w:t>
      </w:r>
    </w:p>
    <w:p w14:paraId="29A6DB23" w14:textId="77777777" w:rsidR="00C612E2" w:rsidRPr="00C612E2" w:rsidRDefault="00C612E2" w:rsidP="00C612E2">
      <w:pPr>
        <w:numPr>
          <w:ilvl w:val="0"/>
          <w:numId w:val="11"/>
        </w:numPr>
        <w:jc w:val="both"/>
      </w:pPr>
      <w:r w:rsidRPr="00C612E2">
        <w:t>Laminar air flow</w:t>
      </w:r>
    </w:p>
    <w:p w14:paraId="01319966" w14:textId="77777777" w:rsidR="00C612E2" w:rsidRPr="00C612E2" w:rsidRDefault="00C612E2" w:rsidP="00C612E2">
      <w:pPr>
        <w:numPr>
          <w:ilvl w:val="0"/>
          <w:numId w:val="11"/>
        </w:numPr>
        <w:jc w:val="both"/>
      </w:pPr>
      <w:proofErr w:type="spellStart"/>
      <w:r w:rsidRPr="00C612E2">
        <w:t>Autoklaf</w:t>
      </w:r>
      <w:proofErr w:type="spellEnd"/>
    </w:p>
    <w:p w14:paraId="66D67CB3" w14:textId="77777777" w:rsidR="00C612E2" w:rsidRPr="00C612E2" w:rsidRDefault="00C612E2" w:rsidP="00C612E2">
      <w:pPr>
        <w:numPr>
          <w:ilvl w:val="0"/>
          <w:numId w:val="11"/>
        </w:numPr>
        <w:jc w:val="both"/>
      </w:pPr>
      <w:proofErr w:type="spellStart"/>
      <w:r w:rsidRPr="00C612E2">
        <w:t>Inkubator</w:t>
      </w:r>
      <w:proofErr w:type="spellEnd"/>
      <w:r w:rsidRPr="00C612E2">
        <w:t xml:space="preserve"> dan shaker incubator</w:t>
      </w:r>
    </w:p>
    <w:p w14:paraId="4D7AC408" w14:textId="77777777" w:rsidR="00C612E2" w:rsidRPr="00C612E2" w:rsidRDefault="00C612E2" w:rsidP="00C612E2">
      <w:pPr>
        <w:numPr>
          <w:ilvl w:val="0"/>
          <w:numId w:val="11"/>
        </w:numPr>
        <w:jc w:val="both"/>
      </w:pPr>
      <w:proofErr w:type="spellStart"/>
      <w:r w:rsidRPr="00C612E2">
        <w:t>Mikroskop</w:t>
      </w:r>
      <w:proofErr w:type="spellEnd"/>
    </w:p>
    <w:p w14:paraId="79BF4683" w14:textId="696D0359" w:rsidR="00C612E2" w:rsidRPr="00C612E2" w:rsidRDefault="00C612E2" w:rsidP="00C612E2">
      <w:pPr>
        <w:numPr>
          <w:ilvl w:val="0"/>
          <w:numId w:val="11"/>
        </w:numPr>
        <w:jc w:val="both"/>
      </w:pPr>
      <w:r>
        <w:t>Freeze Dry</w:t>
      </w:r>
    </w:p>
    <w:p w14:paraId="3A01071A" w14:textId="4694DCA7" w:rsidR="00C612E2" w:rsidRDefault="00C612E2" w:rsidP="00C612E2">
      <w:pPr>
        <w:numPr>
          <w:ilvl w:val="0"/>
          <w:numId w:val="11"/>
        </w:numPr>
        <w:jc w:val="both"/>
      </w:pPr>
      <w:r>
        <w:t>Vortex</w:t>
      </w:r>
    </w:p>
    <w:p w14:paraId="0E04B6AB" w14:textId="4EDA9050" w:rsidR="00C612E2" w:rsidRPr="00C612E2" w:rsidRDefault="00C612E2" w:rsidP="00C612E2">
      <w:pPr>
        <w:numPr>
          <w:ilvl w:val="0"/>
          <w:numId w:val="11"/>
        </w:numPr>
        <w:jc w:val="both"/>
      </w:pPr>
      <w:r>
        <w:t xml:space="preserve">Hotplate </w:t>
      </w:r>
      <w:proofErr w:type="spellStart"/>
      <w:r>
        <w:t>strirrer</w:t>
      </w:r>
      <w:proofErr w:type="spellEnd"/>
    </w:p>
    <w:p w14:paraId="60DC14D5" w14:textId="00728B16" w:rsidR="00B3693B" w:rsidRDefault="00B3693B" w:rsidP="008044EE">
      <w:pPr>
        <w:jc w:val="both"/>
      </w:pPr>
    </w:p>
    <w:p w14:paraId="6099E3FE" w14:textId="5A7D89DD" w:rsidR="00C612E2" w:rsidRDefault="00C612E2" w:rsidP="00C612E2">
      <w:pPr>
        <w:pStyle w:val="Heading2"/>
        <w:numPr>
          <w:ilvl w:val="0"/>
          <w:numId w:val="10"/>
        </w:numPr>
      </w:pPr>
      <w:proofErr w:type="spellStart"/>
      <w:r>
        <w:t>Penutup</w:t>
      </w:r>
      <w:proofErr w:type="spellEnd"/>
    </w:p>
    <w:p w14:paraId="7C2EFD30" w14:textId="77777777" w:rsidR="00E442DE" w:rsidRPr="00E442DE" w:rsidRDefault="00E442DE" w:rsidP="00E442DE">
      <w:pPr>
        <w:jc w:val="both"/>
      </w:pPr>
      <w:proofErr w:type="spellStart"/>
      <w:r w:rsidRPr="00E442DE">
        <w:t>Laboratorium</w:t>
      </w:r>
      <w:proofErr w:type="spellEnd"/>
      <w:r w:rsidRPr="00E442DE">
        <w:t xml:space="preserve"> </w:t>
      </w:r>
      <w:proofErr w:type="spellStart"/>
      <w:r w:rsidRPr="00E442DE">
        <w:t>Mikrobiologi</w:t>
      </w:r>
      <w:proofErr w:type="spellEnd"/>
      <w:r w:rsidRPr="00E442DE">
        <w:t xml:space="preserve"> </w:t>
      </w:r>
      <w:proofErr w:type="spellStart"/>
      <w:r w:rsidRPr="00E442DE">
        <w:t>dengan</w:t>
      </w:r>
      <w:proofErr w:type="spellEnd"/>
      <w:r w:rsidRPr="00E442DE">
        <w:t xml:space="preserve"> </w:t>
      </w:r>
      <w:proofErr w:type="spellStart"/>
      <w:r w:rsidRPr="00E442DE">
        <w:t>empat</w:t>
      </w:r>
      <w:proofErr w:type="spellEnd"/>
      <w:r w:rsidRPr="00E442DE">
        <w:t xml:space="preserve"> sub-</w:t>
      </w:r>
      <w:proofErr w:type="spellStart"/>
      <w:r w:rsidRPr="00E442DE">
        <w:t>laboratorium</w:t>
      </w:r>
      <w:proofErr w:type="spellEnd"/>
      <w:r w:rsidRPr="00E442DE">
        <w:t xml:space="preserve"> </w:t>
      </w:r>
      <w:proofErr w:type="spellStart"/>
      <w:r w:rsidRPr="00E442DE">
        <w:t>utama</w:t>
      </w:r>
      <w:proofErr w:type="spellEnd"/>
      <w:r w:rsidRPr="00E442DE">
        <w:t>—</w:t>
      </w:r>
      <w:proofErr w:type="spellStart"/>
      <w:r w:rsidRPr="00E442DE">
        <w:t>Bioremediasi</w:t>
      </w:r>
      <w:proofErr w:type="spellEnd"/>
      <w:r w:rsidRPr="00E442DE">
        <w:t xml:space="preserve">, </w:t>
      </w:r>
      <w:proofErr w:type="spellStart"/>
      <w:r w:rsidRPr="00E442DE">
        <w:t>Bioproses</w:t>
      </w:r>
      <w:proofErr w:type="spellEnd"/>
      <w:r w:rsidRPr="00E442DE">
        <w:t xml:space="preserve">, </w:t>
      </w:r>
      <w:proofErr w:type="spellStart"/>
      <w:r w:rsidRPr="00E442DE">
        <w:t>Fermentasi</w:t>
      </w:r>
      <w:proofErr w:type="spellEnd"/>
      <w:r w:rsidRPr="00E442DE">
        <w:t>, dan Osaka—</w:t>
      </w:r>
      <w:proofErr w:type="spellStart"/>
      <w:r w:rsidRPr="00E442DE">
        <w:t>merupakan</w:t>
      </w:r>
      <w:proofErr w:type="spellEnd"/>
      <w:r w:rsidRPr="00E442DE">
        <w:t xml:space="preserve"> </w:t>
      </w:r>
      <w:proofErr w:type="spellStart"/>
      <w:r w:rsidRPr="00E442DE">
        <w:t>fasilitas</w:t>
      </w:r>
      <w:proofErr w:type="spellEnd"/>
      <w:r w:rsidRPr="00E442DE">
        <w:t xml:space="preserve"> </w:t>
      </w:r>
      <w:proofErr w:type="spellStart"/>
      <w:r w:rsidRPr="00E442DE">
        <w:t>terpadu</w:t>
      </w:r>
      <w:proofErr w:type="spellEnd"/>
      <w:r w:rsidRPr="00E442DE">
        <w:t xml:space="preserve"> yang </w:t>
      </w:r>
      <w:proofErr w:type="spellStart"/>
      <w:r w:rsidRPr="00E442DE">
        <w:t>mendukung</w:t>
      </w:r>
      <w:proofErr w:type="spellEnd"/>
      <w:r w:rsidRPr="00E442DE">
        <w:t xml:space="preserve"> </w:t>
      </w:r>
      <w:proofErr w:type="spellStart"/>
      <w:r w:rsidRPr="00E442DE">
        <w:t>kegiatan</w:t>
      </w:r>
      <w:proofErr w:type="spellEnd"/>
      <w:r w:rsidRPr="00E442DE">
        <w:t xml:space="preserve"> </w:t>
      </w:r>
      <w:proofErr w:type="spellStart"/>
      <w:r w:rsidRPr="00E442DE">
        <w:t>pendidikan</w:t>
      </w:r>
      <w:proofErr w:type="spellEnd"/>
      <w:r w:rsidRPr="00E442DE">
        <w:t xml:space="preserve">, </w:t>
      </w:r>
      <w:proofErr w:type="spellStart"/>
      <w:r w:rsidRPr="00E442DE">
        <w:t>penelitian</w:t>
      </w:r>
      <w:proofErr w:type="spellEnd"/>
      <w:r w:rsidRPr="00E442DE">
        <w:t xml:space="preserve">, dan </w:t>
      </w:r>
      <w:proofErr w:type="spellStart"/>
      <w:r w:rsidRPr="00E442DE">
        <w:t>pengembangan</w:t>
      </w:r>
      <w:proofErr w:type="spellEnd"/>
      <w:r w:rsidRPr="00E442DE">
        <w:t xml:space="preserve"> di </w:t>
      </w:r>
      <w:proofErr w:type="spellStart"/>
      <w:r w:rsidRPr="00E442DE">
        <w:t>bidang</w:t>
      </w:r>
      <w:proofErr w:type="spellEnd"/>
      <w:r w:rsidRPr="00E442DE">
        <w:t xml:space="preserve"> </w:t>
      </w:r>
      <w:proofErr w:type="spellStart"/>
      <w:r w:rsidRPr="00E442DE">
        <w:t>mikrobiologi</w:t>
      </w:r>
      <w:proofErr w:type="spellEnd"/>
      <w:r w:rsidRPr="00E442DE">
        <w:t xml:space="preserve"> </w:t>
      </w:r>
      <w:proofErr w:type="spellStart"/>
      <w:r w:rsidRPr="00E442DE">
        <w:t>terapan</w:t>
      </w:r>
      <w:proofErr w:type="spellEnd"/>
      <w:r w:rsidRPr="00E442DE">
        <w:t xml:space="preserve">. </w:t>
      </w:r>
      <w:proofErr w:type="spellStart"/>
      <w:r w:rsidRPr="00E442DE">
        <w:t>Setiap</w:t>
      </w:r>
      <w:proofErr w:type="spellEnd"/>
      <w:r w:rsidRPr="00E442DE">
        <w:t xml:space="preserve"> sub-</w:t>
      </w:r>
      <w:proofErr w:type="spellStart"/>
      <w:r w:rsidRPr="00E442DE">
        <w:t>laboratorium</w:t>
      </w:r>
      <w:proofErr w:type="spellEnd"/>
      <w:r w:rsidRPr="00E442DE">
        <w:t xml:space="preserve"> </w:t>
      </w:r>
      <w:proofErr w:type="spellStart"/>
      <w:r w:rsidRPr="00E442DE">
        <w:t>memiliki</w:t>
      </w:r>
      <w:proofErr w:type="spellEnd"/>
      <w:r w:rsidRPr="00E442DE">
        <w:t xml:space="preserve"> </w:t>
      </w:r>
      <w:proofErr w:type="spellStart"/>
      <w:r w:rsidRPr="00E442DE">
        <w:t>peran</w:t>
      </w:r>
      <w:proofErr w:type="spellEnd"/>
      <w:r w:rsidRPr="00E442DE">
        <w:t xml:space="preserve"> yang </w:t>
      </w:r>
      <w:proofErr w:type="spellStart"/>
      <w:r w:rsidRPr="00E442DE">
        <w:t>saling</w:t>
      </w:r>
      <w:proofErr w:type="spellEnd"/>
      <w:r w:rsidRPr="00E442DE">
        <w:t xml:space="preserve"> </w:t>
      </w:r>
      <w:proofErr w:type="spellStart"/>
      <w:r w:rsidRPr="00E442DE">
        <w:t>melengkapi</w:t>
      </w:r>
      <w:proofErr w:type="spellEnd"/>
      <w:r w:rsidRPr="00E442DE">
        <w:t xml:space="preserve">, </w:t>
      </w:r>
      <w:proofErr w:type="spellStart"/>
      <w:r w:rsidRPr="00E442DE">
        <w:t>mulai</w:t>
      </w:r>
      <w:proofErr w:type="spellEnd"/>
      <w:r w:rsidRPr="00E442DE">
        <w:t xml:space="preserve"> </w:t>
      </w:r>
      <w:proofErr w:type="spellStart"/>
      <w:r w:rsidRPr="00E442DE">
        <w:t>dari</w:t>
      </w:r>
      <w:proofErr w:type="spellEnd"/>
      <w:r w:rsidRPr="00E442DE">
        <w:t xml:space="preserve"> </w:t>
      </w:r>
      <w:proofErr w:type="spellStart"/>
      <w:r w:rsidRPr="00E442DE">
        <w:t>kegiatan</w:t>
      </w:r>
      <w:proofErr w:type="spellEnd"/>
      <w:r w:rsidRPr="00E442DE">
        <w:t xml:space="preserve"> </w:t>
      </w:r>
      <w:proofErr w:type="spellStart"/>
      <w:r w:rsidRPr="00E442DE">
        <w:t>pembelajaran</w:t>
      </w:r>
      <w:proofErr w:type="spellEnd"/>
      <w:r w:rsidRPr="00E442DE">
        <w:t xml:space="preserve"> </w:t>
      </w:r>
      <w:proofErr w:type="spellStart"/>
      <w:r w:rsidRPr="00E442DE">
        <w:t>melalui</w:t>
      </w:r>
      <w:proofErr w:type="spellEnd"/>
      <w:r w:rsidRPr="00E442DE">
        <w:t xml:space="preserve"> </w:t>
      </w:r>
      <w:proofErr w:type="spellStart"/>
      <w:r w:rsidRPr="00E442DE">
        <w:t>praktikum</w:t>
      </w:r>
      <w:proofErr w:type="spellEnd"/>
      <w:r w:rsidRPr="00E442DE">
        <w:t xml:space="preserve">, </w:t>
      </w:r>
      <w:proofErr w:type="spellStart"/>
      <w:r w:rsidRPr="00E442DE">
        <w:t>pengembangan</w:t>
      </w:r>
      <w:proofErr w:type="spellEnd"/>
      <w:r w:rsidRPr="00E442DE">
        <w:t xml:space="preserve"> proses </w:t>
      </w:r>
      <w:proofErr w:type="spellStart"/>
      <w:r w:rsidRPr="00E442DE">
        <w:t>berbasis</w:t>
      </w:r>
      <w:proofErr w:type="spellEnd"/>
      <w:r w:rsidRPr="00E442DE">
        <w:t xml:space="preserve"> </w:t>
      </w:r>
      <w:proofErr w:type="spellStart"/>
      <w:r w:rsidRPr="00E442DE">
        <w:t>mikroorganisme</w:t>
      </w:r>
      <w:proofErr w:type="spellEnd"/>
      <w:r w:rsidRPr="00E442DE">
        <w:t xml:space="preserve">, </w:t>
      </w:r>
      <w:proofErr w:type="spellStart"/>
      <w:r w:rsidRPr="00E442DE">
        <w:t>hingga</w:t>
      </w:r>
      <w:proofErr w:type="spellEnd"/>
      <w:r w:rsidRPr="00E442DE">
        <w:t xml:space="preserve"> </w:t>
      </w:r>
      <w:proofErr w:type="spellStart"/>
      <w:r w:rsidRPr="00E442DE">
        <w:t>tahapan</w:t>
      </w:r>
      <w:proofErr w:type="spellEnd"/>
      <w:r w:rsidRPr="00E442DE">
        <w:t xml:space="preserve"> </w:t>
      </w:r>
      <w:proofErr w:type="spellStart"/>
      <w:r w:rsidRPr="00E442DE">
        <w:t>pasca-produksi</w:t>
      </w:r>
      <w:proofErr w:type="spellEnd"/>
      <w:r w:rsidRPr="00E442DE">
        <w:t xml:space="preserve"> dan </w:t>
      </w:r>
      <w:proofErr w:type="spellStart"/>
      <w:r w:rsidRPr="00E442DE">
        <w:t>pengawetan</w:t>
      </w:r>
      <w:proofErr w:type="spellEnd"/>
      <w:r w:rsidRPr="00E442DE">
        <w:t xml:space="preserve"> </w:t>
      </w:r>
      <w:proofErr w:type="spellStart"/>
      <w:r w:rsidRPr="00E442DE">
        <w:t>hasil</w:t>
      </w:r>
      <w:proofErr w:type="spellEnd"/>
      <w:r w:rsidRPr="00E442DE">
        <w:t>.</w:t>
      </w:r>
    </w:p>
    <w:p w14:paraId="3800FCB1" w14:textId="2D7641D9" w:rsidR="00B3693B" w:rsidRDefault="00E442DE" w:rsidP="00BB307A">
      <w:pPr>
        <w:jc w:val="both"/>
      </w:pPr>
      <w:proofErr w:type="spellStart"/>
      <w:r w:rsidRPr="00E442DE">
        <w:lastRenderedPageBreak/>
        <w:t>Dengan</w:t>
      </w:r>
      <w:proofErr w:type="spellEnd"/>
      <w:r w:rsidRPr="00E442DE">
        <w:t xml:space="preserve"> </w:t>
      </w:r>
      <w:proofErr w:type="spellStart"/>
      <w:r w:rsidRPr="00E442DE">
        <w:t>dukungan</w:t>
      </w:r>
      <w:proofErr w:type="spellEnd"/>
      <w:r w:rsidRPr="00E442DE">
        <w:t xml:space="preserve"> </w:t>
      </w:r>
      <w:proofErr w:type="spellStart"/>
      <w:r w:rsidRPr="00E442DE">
        <w:t>fasilitas</w:t>
      </w:r>
      <w:proofErr w:type="spellEnd"/>
      <w:r w:rsidRPr="00E442DE">
        <w:t xml:space="preserve"> yang </w:t>
      </w:r>
      <w:proofErr w:type="spellStart"/>
      <w:r w:rsidRPr="00E442DE">
        <w:t>memadai</w:t>
      </w:r>
      <w:proofErr w:type="spellEnd"/>
      <w:r w:rsidRPr="00E442DE">
        <w:t xml:space="preserve">, </w:t>
      </w:r>
      <w:proofErr w:type="spellStart"/>
      <w:r w:rsidRPr="00E442DE">
        <w:t>peralatan</w:t>
      </w:r>
      <w:proofErr w:type="spellEnd"/>
      <w:r w:rsidRPr="00E442DE">
        <w:t xml:space="preserve"> yang </w:t>
      </w:r>
      <w:proofErr w:type="spellStart"/>
      <w:r w:rsidRPr="00E442DE">
        <w:t>relevan</w:t>
      </w:r>
      <w:proofErr w:type="spellEnd"/>
      <w:r w:rsidRPr="00E442DE">
        <w:t xml:space="preserve">, </w:t>
      </w:r>
      <w:proofErr w:type="spellStart"/>
      <w:r w:rsidRPr="00E442DE">
        <w:t>serta</w:t>
      </w:r>
      <w:proofErr w:type="spellEnd"/>
      <w:r w:rsidRPr="00E442DE">
        <w:t xml:space="preserve"> </w:t>
      </w:r>
      <w:proofErr w:type="spellStart"/>
      <w:r w:rsidRPr="00E442DE">
        <w:t>sumber</w:t>
      </w:r>
      <w:proofErr w:type="spellEnd"/>
      <w:r w:rsidRPr="00E442DE">
        <w:t xml:space="preserve"> </w:t>
      </w:r>
      <w:proofErr w:type="spellStart"/>
      <w:r w:rsidRPr="00E442DE">
        <w:t>daya</w:t>
      </w:r>
      <w:proofErr w:type="spellEnd"/>
      <w:r w:rsidRPr="00E442DE">
        <w:t xml:space="preserve"> </w:t>
      </w:r>
      <w:proofErr w:type="spellStart"/>
      <w:r w:rsidRPr="00E442DE">
        <w:t>manusia</w:t>
      </w:r>
      <w:proofErr w:type="spellEnd"/>
      <w:r w:rsidRPr="00E442DE">
        <w:t xml:space="preserve"> yang </w:t>
      </w:r>
      <w:proofErr w:type="spellStart"/>
      <w:r w:rsidRPr="00E442DE">
        <w:t>kompeten</w:t>
      </w:r>
      <w:proofErr w:type="spellEnd"/>
      <w:r w:rsidRPr="00E442DE">
        <w:t xml:space="preserve">, </w:t>
      </w:r>
      <w:proofErr w:type="spellStart"/>
      <w:r w:rsidRPr="00E442DE">
        <w:t>Laboratorium</w:t>
      </w:r>
      <w:proofErr w:type="spellEnd"/>
      <w:r w:rsidRPr="00E442DE">
        <w:t xml:space="preserve"> </w:t>
      </w:r>
      <w:proofErr w:type="spellStart"/>
      <w:r w:rsidRPr="00E442DE">
        <w:t>Mikrobiologi</w:t>
      </w:r>
      <w:proofErr w:type="spellEnd"/>
      <w:r w:rsidRPr="00E442DE">
        <w:t xml:space="preserve"> </w:t>
      </w:r>
      <w:proofErr w:type="spellStart"/>
      <w:r w:rsidRPr="00E442DE">
        <w:t>berkomitmen</w:t>
      </w:r>
      <w:proofErr w:type="spellEnd"/>
      <w:r w:rsidRPr="00E442DE">
        <w:t xml:space="preserve"> </w:t>
      </w:r>
      <w:proofErr w:type="spellStart"/>
      <w:r w:rsidRPr="00E442DE">
        <w:t>untuk</w:t>
      </w:r>
      <w:proofErr w:type="spellEnd"/>
      <w:r w:rsidRPr="00E442DE">
        <w:t xml:space="preserve"> </w:t>
      </w:r>
      <w:proofErr w:type="spellStart"/>
      <w:r w:rsidRPr="00E442DE">
        <w:t>menghasilkan</w:t>
      </w:r>
      <w:proofErr w:type="spellEnd"/>
      <w:r w:rsidRPr="00E442DE">
        <w:t xml:space="preserve"> </w:t>
      </w:r>
      <w:proofErr w:type="spellStart"/>
      <w:r w:rsidRPr="00E442DE">
        <w:t>kegiatan</w:t>
      </w:r>
      <w:proofErr w:type="spellEnd"/>
      <w:r w:rsidRPr="00E442DE">
        <w:t xml:space="preserve"> </w:t>
      </w:r>
      <w:proofErr w:type="spellStart"/>
      <w:r w:rsidRPr="00E442DE">
        <w:t>laboratorium</w:t>
      </w:r>
      <w:proofErr w:type="spellEnd"/>
      <w:r w:rsidRPr="00E442DE">
        <w:t xml:space="preserve"> yang </w:t>
      </w:r>
      <w:proofErr w:type="spellStart"/>
      <w:r w:rsidRPr="00E442DE">
        <w:t>berkualitas</w:t>
      </w:r>
      <w:proofErr w:type="spellEnd"/>
      <w:r w:rsidRPr="00E442DE">
        <w:t xml:space="preserve">, </w:t>
      </w:r>
      <w:proofErr w:type="spellStart"/>
      <w:r w:rsidRPr="00E442DE">
        <w:t>aman</w:t>
      </w:r>
      <w:proofErr w:type="spellEnd"/>
      <w:r w:rsidRPr="00E442DE">
        <w:t xml:space="preserve">, dan </w:t>
      </w:r>
      <w:proofErr w:type="spellStart"/>
      <w:r w:rsidRPr="00E442DE">
        <w:t>berkelanjutan</w:t>
      </w:r>
      <w:proofErr w:type="spellEnd"/>
      <w:r w:rsidRPr="00E442DE">
        <w:t xml:space="preserve">. </w:t>
      </w:r>
      <w:proofErr w:type="spellStart"/>
      <w:r w:rsidRPr="00E442DE">
        <w:t>Laboratorium</w:t>
      </w:r>
      <w:proofErr w:type="spellEnd"/>
      <w:r w:rsidRPr="00E442DE">
        <w:t xml:space="preserve"> </w:t>
      </w:r>
      <w:proofErr w:type="spellStart"/>
      <w:r w:rsidRPr="00E442DE">
        <w:t>ini</w:t>
      </w:r>
      <w:proofErr w:type="spellEnd"/>
      <w:r w:rsidRPr="00E442DE">
        <w:t xml:space="preserve"> </w:t>
      </w:r>
      <w:proofErr w:type="spellStart"/>
      <w:r w:rsidRPr="00E442DE">
        <w:t>diharapkan</w:t>
      </w:r>
      <w:proofErr w:type="spellEnd"/>
      <w:r w:rsidRPr="00E442DE">
        <w:t xml:space="preserve"> </w:t>
      </w:r>
      <w:proofErr w:type="spellStart"/>
      <w:r w:rsidRPr="00E442DE">
        <w:t>dapat</w:t>
      </w:r>
      <w:proofErr w:type="spellEnd"/>
      <w:r w:rsidRPr="00E442DE">
        <w:t xml:space="preserve"> </w:t>
      </w:r>
      <w:proofErr w:type="spellStart"/>
      <w:r w:rsidRPr="00E442DE">
        <w:t>menjadi</w:t>
      </w:r>
      <w:proofErr w:type="spellEnd"/>
      <w:r w:rsidRPr="00E442DE">
        <w:t xml:space="preserve"> </w:t>
      </w:r>
      <w:proofErr w:type="spellStart"/>
      <w:r w:rsidRPr="00E442DE">
        <w:t>pusat</w:t>
      </w:r>
      <w:proofErr w:type="spellEnd"/>
      <w:r w:rsidRPr="00E442DE">
        <w:t xml:space="preserve"> </w:t>
      </w:r>
      <w:proofErr w:type="spellStart"/>
      <w:r w:rsidRPr="00E442DE">
        <w:t>pembelajaran</w:t>
      </w:r>
      <w:proofErr w:type="spellEnd"/>
      <w:r w:rsidRPr="00E442DE">
        <w:t xml:space="preserve"> dan </w:t>
      </w:r>
      <w:proofErr w:type="spellStart"/>
      <w:r w:rsidRPr="00E442DE">
        <w:t>inovasi</w:t>
      </w:r>
      <w:proofErr w:type="spellEnd"/>
      <w:r w:rsidRPr="00E442DE">
        <w:t xml:space="preserve"> yang </w:t>
      </w:r>
      <w:proofErr w:type="spellStart"/>
      <w:r w:rsidRPr="00E442DE">
        <w:t>berkontribusi</w:t>
      </w:r>
      <w:proofErr w:type="spellEnd"/>
      <w:r w:rsidRPr="00E442DE">
        <w:t xml:space="preserve"> </w:t>
      </w:r>
      <w:proofErr w:type="spellStart"/>
      <w:r w:rsidRPr="00E442DE">
        <w:t>nyata</w:t>
      </w:r>
      <w:proofErr w:type="spellEnd"/>
      <w:r w:rsidRPr="00E442DE">
        <w:t xml:space="preserve"> </w:t>
      </w:r>
      <w:proofErr w:type="spellStart"/>
      <w:r w:rsidRPr="00E442DE">
        <w:t>bagi</w:t>
      </w:r>
      <w:proofErr w:type="spellEnd"/>
      <w:r w:rsidRPr="00E442DE">
        <w:t xml:space="preserve"> </w:t>
      </w:r>
      <w:proofErr w:type="spellStart"/>
      <w:r w:rsidRPr="00E442DE">
        <w:t>pengembangan</w:t>
      </w:r>
      <w:proofErr w:type="spellEnd"/>
      <w:r w:rsidRPr="00E442DE">
        <w:t xml:space="preserve"> </w:t>
      </w:r>
      <w:proofErr w:type="spellStart"/>
      <w:r w:rsidRPr="00E442DE">
        <w:t>ilmu</w:t>
      </w:r>
      <w:proofErr w:type="spellEnd"/>
      <w:r w:rsidRPr="00E442DE">
        <w:t xml:space="preserve"> </w:t>
      </w:r>
      <w:proofErr w:type="spellStart"/>
      <w:r w:rsidRPr="00E442DE">
        <w:t>pengetahuan</w:t>
      </w:r>
      <w:proofErr w:type="spellEnd"/>
      <w:r w:rsidRPr="00E442DE">
        <w:t xml:space="preserve">, </w:t>
      </w:r>
      <w:proofErr w:type="spellStart"/>
      <w:r w:rsidRPr="00E442DE">
        <w:t>teknologi</w:t>
      </w:r>
      <w:proofErr w:type="spellEnd"/>
      <w:r w:rsidRPr="00E442DE">
        <w:t xml:space="preserve">, dan </w:t>
      </w:r>
      <w:proofErr w:type="spellStart"/>
      <w:r w:rsidRPr="00E442DE">
        <w:t>penerapan</w:t>
      </w:r>
      <w:proofErr w:type="spellEnd"/>
      <w:r w:rsidRPr="00E442DE">
        <w:t xml:space="preserve"> </w:t>
      </w:r>
      <w:proofErr w:type="spellStart"/>
      <w:r w:rsidRPr="00E442DE">
        <w:t>mikrobiologi</w:t>
      </w:r>
      <w:proofErr w:type="spellEnd"/>
      <w:r w:rsidRPr="00E442DE">
        <w:t xml:space="preserve"> di </w:t>
      </w:r>
      <w:proofErr w:type="spellStart"/>
      <w:r w:rsidRPr="00E442DE">
        <w:t>bidang</w:t>
      </w:r>
      <w:proofErr w:type="spellEnd"/>
      <w:r w:rsidRPr="00E442DE">
        <w:t xml:space="preserve"> </w:t>
      </w:r>
      <w:proofErr w:type="spellStart"/>
      <w:r w:rsidRPr="00E442DE">
        <w:t>lingkungan</w:t>
      </w:r>
      <w:proofErr w:type="spellEnd"/>
      <w:r w:rsidRPr="00E442DE">
        <w:t xml:space="preserve"> dan </w:t>
      </w:r>
      <w:proofErr w:type="spellStart"/>
      <w:r w:rsidRPr="00E442DE">
        <w:t>industri</w:t>
      </w:r>
      <w:proofErr w:type="spellEnd"/>
      <w:r w:rsidRPr="00E442DE">
        <w:t>.</w:t>
      </w:r>
    </w:p>
    <w:sectPr w:rsidR="00B3693B" w:rsidSect="00034616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D5B52" w14:textId="77777777" w:rsidR="00925A85" w:rsidRDefault="00925A85" w:rsidP="008044EE">
      <w:pPr>
        <w:spacing w:after="0" w:line="240" w:lineRule="auto"/>
      </w:pPr>
      <w:r>
        <w:separator/>
      </w:r>
    </w:p>
  </w:endnote>
  <w:endnote w:type="continuationSeparator" w:id="0">
    <w:p w14:paraId="672BBCF0" w14:textId="77777777" w:rsidR="00925A85" w:rsidRDefault="00925A85" w:rsidP="0080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EFDA5" w14:textId="77777777" w:rsidR="00925A85" w:rsidRDefault="00925A85" w:rsidP="008044EE">
      <w:pPr>
        <w:spacing w:after="0" w:line="240" w:lineRule="auto"/>
      </w:pPr>
      <w:r>
        <w:separator/>
      </w:r>
    </w:p>
  </w:footnote>
  <w:footnote w:type="continuationSeparator" w:id="0">
    <w:p w14:paraId="64710C3D" w14:textId="77777777" w:rsidR="00925A85" w:rsidRDefault="00925A85" w:rsidP="0080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330F0" w14:textId="17426E01" w:rsidR="008044EE" w:rsidRDefault="008044EE">
    <w:pPr>
      <w:pStyle w:val="Header"/>
    </w:pPr>
    <w:r>
      <w:rPr>
        <w:noProof/>
      </w:rPr>
      <w:drawing>
        <wp:anchor distT="0" distB="0" distL="114300" distR="114300" simplePos="0" relativeHeight="251683840" behindDoc="0" locked="0" layoutInCell="1" allowOverlap="1" wp14:anchorId="7413CC54" wp14:editId="6F16BA9E">
          <wp:simplePos x="0" y="0"/>
          <wp:positionH relativeFrom="column">
            <wp:posOffset>4502150</wp:posOffset>
          </wp:positionH>
          <wp:positionV relativeFrom="paragraph">
            <wp:posOffset>-244475</wp:posOffset>
          </wp:positionV>
          <wp:extent cx="1022350" cy="475615"/>
          <wp:effectExtent l="0" t="0" r="0" b="0"/>
          <wp:wrapNone/>
          <wp:docPr id="2398751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1C52"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06D48749" wp14:editId="0AA0DBE4">
          <wp:simplePos x="0" y="0"/>
          <wp:positionH relativeFrom="column">
            <wp:posOffset>5708650</wp:posOffset>
          </wp:positionH>
          <wp:positionV relativeFrom="paragraph">
            <wp:posOffset>-317500</wp:posOffset>
          </wp:positionV>
          <wp:extent cx="641350" cy="641350"/>
          <wp:effectExtent l="0" t="0" r="0" b="0"/>
          <wp:wrapNone/>
          <wp:docPr id="1" name="Picture 1" descr="logo IT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T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FE8599F"/>
    <w:multiLevelType w:val="multilevel"/>
    <w:tmpl w:val="DD30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75306"/>
    <w:multiLevelType w:val="hybridMultilevel"/>
    <w:tmpl w:val="00A88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813235">
    <w:abstractNumId w:val="8"/>
  </w:num>
  <w:num w:numId="2" w16cid:durableId="369304290">
    <w:abstractNumId w:val="6"/>
  </w:num>
  <w:num w:numId="3" w16cid:durableId="982739089">
    <w:abstractNumId w:val="5"/>
  </w:num>
  <w:num w:numId="4" w16cid:durableId="2069264001">
    <w:abstractNumId w:val="4"/>
  </w:num>
  <w:num w:numId="5" w16cid:durableId="1319311796">
    <w:abstractNumId w:val="7"/>
  </w:num>
  <w:num w:numId="6" w16cid:durableId="578712173">
    <w:abstractNumId w:val="3"/>
  </w:num>
  <w:num w:numId="7" w16cid:durableId="48579663">
    <w:abstractNumId w:val="2"/>
  </w:num>
  <w:num w:numId="8" w16cid:durableId="981544204">
    <w:abstractNumId w:val="1"/>
  </w:num>
  <w:num w:numId="9" w16cid:durableId="1298685469">
    <w:abstractNumId w:val="0"/>
  </w:num>
  <w:num w:numId="10" w16cid:durableId="735476670">
    <w:abstractNumId w:val="10"/>
  </w:num>
  <w:num w:numId="11" w16cid:durableId="10725778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B19D7"/>
    <w:rsid w:val="00105ED6"/>
    <w:rsid w:val="0015074B"/>
    <w:rsid w:val="001D03AA"/>
    <w:rsid w:val="0029639D"/>
    <w:rsid w:val="00326F90"/>
    <w:rsid w:val="003B5689"/>
    <w:rsid w:val="004542B8"/>
    <w:rsid w:val="004E3828"/>
    <w:rsid w:val="006653C3"/>
    <w:rsid w:val="008044EE"/>
    <w:rsid w:val="00925A85"/>
    <w:rsid w:val="009B3CB8"/>
    <w:rsid w:val="00AA1D8D"/>
    <w:rsid w:val="00B3693B"/>
    <w:rsid w:val="00B47730"/>
    <w:rsid w:val="00BB307A"/>
    <w:rsid w:val="00C612E2"/>
    <w:rsid w:val="00CB0664"/>
    <w:rsid w:val="00E442D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BC46DA"/>
  <w14:defaultImageDpi w14:val="300"/>
  <w15:docId w15:val="{0D59FB35-E903-4C32-B5CD-AE6A3D30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61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Shaiyanne Fauziah, S.Si.</cp:lastModifiedBy>
  <cp:revision>3</cp:revision>
  <dcterms:created xsi:type="dcterms:W3CDTF">2025-12-23T08:18:00Z</dcterms:created>
  <dcterms:modified xsi:type="dcterms:W3CDTF">2025-12-24T04:09:00Z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2025-12-11T12:18:06Z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6de0e79f-f079-496c-a9fb-feabd71a0ac7</vt:lpwstr>
  </property>
  <property fmtid="{D5CDD505-2E9C-101B-9397-08002B2CF9AE}" pid="8" name="MSIP_Label_38b525e5-f3da-4501-8f1e-526b6769fc56_ContentBits">
    <vt:lpwstr>0</vt:lpwstr>
  </property>
  <property fmtid="{D5CDD505-2E9C-101B-9397-08002B2CF9AE}" pid="9" name="MSIP_Label_38b525e5-f3da-4501-8f1e-526b6769fc56_Tag">
    <vt:lpwstr>10, 3, 0, 1</vt:lpwstr>
  </property>
</Properties>
</file>